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sz w:val="22"/>
        </w:rPr>
        <w:t>................................................. İL/İLÇE</w:t>
      </w:r>
    </w:p>
    <w:p>
      <w:pPr>
        <w:jc w:val="center"/>
      </w:pPr>
      <w:r>
        <w:rPr>
          <w:sz w:val="22"/>
        </w:rPr>
        <w:t>................................................. [İL] CUMHURİYET BAŞSAVCILIĞINA</w:t>
      </w:r>
    </w:p>
    <w:p/>
    <w:p>
      <w:pPr>
        <w:jc w:val="center"/>
      </w:pPr>
      <w:r>
        <w:rPr>
          <w:sz w:val="22"/>
        </w:rPr>
        <w:t>Konu: TCK m.134 kapsamında özel hayatın gizliliğinin ihlali nedeniyle şikâyet ve soruşturma talebi</w:t>
      </w:r>
    </w:p>
    <w:p/>
    <w:p>
      <w:pPr>
        <w:jc w:val="left"/>
      </w:pPr>
      <w:r>
        <w:rPr>
          <w:sz w:val="22"/>
        </w:rPr>
        <w:t>Şüpheli/Şüpheliler tarafından özel hayatıma ilişkin görüntü/mesaj/bilgi ve kayıtlar, rızam olmaksızın [paylaşıldı/ifşa edildi/kayda alındı] ve [platform/uygulama/site] üzerinden [tarih ve saat] itibarıyla yayıldı/üçüncü kişilerle paylaşıldı.</w:t>
      </w:r>
    </w:p>
    <w:p/>
    <w:p>
      <w:pPr>
        <w:jc w:val="left"/>
      </w:pPr>
      <w:r>
        <w:rPr>
          <w:sz w:val="22"/>
        </w:rPr>
        <w:t>Anılan eylemler Türk Ceza Kanunu’nun 134. maddesi ve ilgili hükümleri kapsamında suç teşkil etmektedir. Eyleme ilişkin deliller (ekran görüntüleri/URL’ler/mesaj kayıtları/tanık beyanları) dilekçe ekinde sunulmuştur.</w:t>
      </w:r>
    </w:p>
    <w:p/>
    <w:p>
      <w:pPr>
        <w:jc w:val="left"/>
      </w:pPr>
      <w:r>
        <w:rPr>
          <w:sz w:val="22"/>
        </w:rPr>
        <w:t>Talep ve şikâyet: Şüpheli/şüpheliler hakkında soruşturma başlatılarak kimliklerinin tespiti, delillerin süratle toplanması ve muhafazası; kişisel verilerim ve özel yaşamıma ilişkin kayıtların erişime engellenmesi/kaldırılması (5651 sayılı Kanun kapsamında gerekli işlemler) ve kamu davası açılması için gereğinin yapılmasını talep ederim.</w:t>
      </w:r>
    </w:p>
    <w:p/>
    <w:p>
      <w:pPr>
        <w:jc w:val="left"/>
      </w:pPr>
      <w:r>
        <w:rPr>
          <w:sz w:val="22"/>
        </w:rPr>
        <w:t>Vekâletnamem varsa ektedir. Tarafıma yapılacak tebligatların aşağıdaki adrese gönderilmesini arz ederim.</w:t>
      </w:r>
    </w:p>
    <w:p/>
    <w:p>
      <w:pPr>
        <w:jc w:val="left"/>
      </w:pPr>
      <w:r>
        <w:rPr>
          <w:sz w:val="22"/>
        </w:rPr>
        <w:t>Gereğini arz ederim.</w:t>
      </w:r>
    </w:p>
    <w:p/>
    <w:p>
      <w:pPr>
        <w:jc w:val="left"/>
      </w:pPr>
      <w:r>
        <w:rPr>
          <w:sz w:val="22"/>
        </w:rPr>
        <w:t>..............., .... / .... / 20....</w:t>
      </w:r>
    </w:p>
    <w:p/>
    <w:p>
      <w:pPr>
        <w:jc w:val="left"/>
      </w:pPr>
      <w:r>
        <w:rPr>
          <w:sz w:val="22"/>
        </w:rPr>
        <w:t>[Müşteki/Şikâyetçi]</w:t>
      </w:r>
    </w:p>
    <w:p>
      <w:pPr>
        <w:jc w:val="left"/>
      </w:pPr>
      <w:r>
        <w:rPr>
          <w:sz w:val="22"/>
        </w:rPr>
        <w:t>Adı Soyadı : ______</w:t>
      </w:r>
    </w:p>
    <w:p>
      <w:pPr>
        <w:jc w:val="left"/>
      </w:pPr>
      <w:r>
        <w:rPr>
          <w:sz w:val="22"/>
        </w:rPr>
        <w:t>T.C. Kimlik No : ______</w:t>
      </w:r>
    </w:p>
    <w:p>
      <w:pPr>
        <w:jc w:val="left"/>
      </w:pPr>
      <w:r>
        <w:rPr>
          <w:sz w:val="22"/>
        </w:rPr>
        <w:t>Adres : ______</w:t>
      </w:r>
    </w:p>
    <w:p>
      <w:pPr>
        <w:jc w:val="left"/>
      </w:pPr>
      <w:r>
        <w:rPr>
          <w:sz w:val="22"/>
        </w:rPr>
        <w:t>Telefon : ______</w:t>
      </w:r>
    </w:p>
    <w:p>
      <w:pPr>
        <w:jc w:val="left"/>
      </w:pPr>
      <w:r>
        <w:rPr>
          <w:sz w:val="22"/>
        </w:rPr>
        <w:t>E‑posta : ______</w:t>
      </w:r>
    </w:p>
    <w:p>
      <w:pPr>
        <w:jc w:val="left"/>
      </w:pPr>
      <w:r>
        <w:rPr>
          <w:sz w:val="22"/>
        </w:rPr>
        <w:t>(Varsa) Vekil : Av. ______</w:t>
      </w:r>
    </w:p>
    <w:p>
      <w:pPr>
        <w:jc w:val="left"/>
      </w:pPr>
      <w:r>
        <w:rPr>
          <w:sz w:val="22"/>
        </w:rPr>
        <w:t>İmza</w:t>
      </w:r>
    </w:p>
    <w:p/>
    <w:p/>
    <w:p/>
    <w:p/>
    <w:p/>
    <w:p>
      <w:pPr>
        <w:jc w:val="left"/>
      </w:pPr>
      <w:r>
        <w:rPr>
          <w:sz w:val="22"/>
        </w:rPr>
        <w:t>Ekler:</w:t>
      </w:r>
    </w:p>
    <w:p>
      <w:pPr>
        <w:jc w:val="left"/>
      </w:pPr>
      <w:r>
        <w:rPr>
          <w:sz w:val="22"/>
        </w:rPr>
        <w:t>1) Ekran görüntüleri/URL kayıtları (tarih‑saat bilgili)</w:t>
      </w:r>
    </w:p>
    <w:p>
      <w:pPr>
        <w:jc w:val="left"/>
      </w:pPr>
      <w:r>
        <w:rPr>
          <w:sz w:val="22"/>
        </w:rPr>
        <w:t>2) Mesaj yazışmaları/kayıtları</w:t>
      </w:r>
    </w:p>
    <w:p>
      <w:pPr>
        <w:jc w:val="left"/>
      </w:pPr>
      <w:r>
        <w:rPr>
          <w:sz w:val="22"/>
        </w:rPr>
        <w:t>3) Tanık isimleri ve iletişim bilgileri (varsa)</w:t>
      </w:r>
    </w:p>
    <w:p>
      <w:pPr>
        <w:jc w:val="left"/>
      </w:pPr>
      <w:r>
        <w:rPr>
          <w:sz w:val="22"/>
        </w:rPr>
        <w:t>4) (Varsa) Erişimin engellenmesi/kaldırılmasına dair başvuru belgeleri</w:t>
      </w:r>
    </w:p>
    <w:p>
      <w:pPr>
        <w:jc w:val="left"/>
      </w:pPr>
      <w:r>
        <w:rPr>
          <w:sz w:val="22"/>
        </w:rPr>
        <w:t>5) Kimlik fotokopisi ve adres belgesi</w:t>
      </w:r>
    </w:p>
    <w:p>
      <w:pPr>
        <w:jc w:val="left"/>
      </w:pPr>
      <w:r>
        <w:rPr>
          <w:sz w:val="22"/>
        </w:rPr>
        <w:t>6) (Varsa) Vekâletname</w:t>
      </w:r>
    </w:p>
    <w:sectPr w:rsidR="00FC693F" w:rsidRPr="0006063C" w:rsidSect="00034616">
      <w:pgSz w:w="12240" w:h="15840"/>
      <w:pgMar w:top="1701" w:right="1134" w:bottom="141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