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 ÖZEL İDARESİ] Genel Sekreterliğine / [İl Özel İdaresi Müdürlüğüne]</w:t>
      </w:r>
    </w:p>
    <w:p/>
    <w:p>
      <w:pPr>
        <w:jc w:val="center"/>
      </w:pPr>
      <w:r>
        <w:rPr>
          <w:sz w:val="22"/>
        </w:rPr>
        <w:t>Konu: İl özel idaresi görev ve yetkileri kapsamındaki talebim hakkında</w:t>
      </w:r>
    </w:p>
    <w:p/>
    <w:p>
      <w:pPr>
        <w:jc w:val="left"/>
      </w:pPr>
      <w:r>
        <w:rPr>
          <w:sz w:val="22"/>
        </w:rPr>
        <w:t>5393 ve 5302 sayılı Kanunlar ile ilgili mevzuat çerçevesinde; [yol‑altyapı/bakım‑onarım/imar‑ruhsat/çevre‑temizlik/kırsal hizmet/yardım‑destek/tesis kullanım izni vb.] konulu talebim aşağıda açıklanmıştır.</w:t>
      </w:r>
    </w:p>
    <w:p/>
    <w:p>
      <w:pPr>
        <w:jc w:val="left"/>
      </w:pPr>
      <w:r>
        <w:rPr>
          <w:sz w:val="22"/>
        </w:rPr>
        <w:t>Açıklama: [Talebin ayrıntıları, adres/ada‑parsel bilgileri, tarih, önceki başvuru/evrak numarası vb.]. Gereken inceleme/keşif ve işlemlerin yapılmasını talep ederim.</w:t>
      </w:r>
    </w:p>
    <w:p/>
    <w:p>
      <w:pPr>
        <w:jc w:val="left"/>
      </w:pPr>
      <w:r>
        <w:rPr>
          <w:sz w:val="22"/>
        </w:rPr>
        <w:t>Sonuç ve talep: İlgili birimlerce değerlendirme yapılarak işlemin mevzuata uygun şekilde sonuçlandırılması ve neticenin tarafıma yazılı/telefon/e‑posta yoluyla bildirilmesi hususunda gereğini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İlgili Evrak/Referans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Adres/tapu/ada‑parsel bilgilerini gösterir belge (gerekliyse)</w:t>
      </w:r>
    </w:p>
    <w:p>
      <w:pPr>
        <w:jc w:val="left"/>
      </w:pPr>
      <w:r>
        <w:rPr>
          <w:sz w:val="22"/>
        </w:rPr>
        <w:t>3) (Varsa) Dilekçe konusu işlemlere dair fotoğraf/ek bilgi‑belge</w:t>
      </w:r>
    </w:p>
    <w:p>
      <w:pPr>
        <w:jc w:val="left"/>
      </w:pPr>
      <w:r>
        <w:rPr>
          <w:sz w:val="22"/>
        </w:rPr>
        <w:t>4) (Varsa) Önceki başvuru/evrak numarasına ilişkin yazışmalar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