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[ŞİRKET ADI] İnsan Kaynakları Müdürlüğüne</w:t>
      </w:r>
    </w:p>
    <w:p/>
    <w:p>
      <w:pPr>
        <w:jc w:val="center"/>
      </w:pPr>
      <w:r>
        <w:rPr>
          <w:sz w:val="22"/>
        </w:rPr>
        <w:t>Konu: [Pozisyon Adı] pozisyonu için iş başvurusu</w:t>
      </w:r>
    </w:p>
    <w:p/>
    <w:p>
      <w:pPr>
        <w:jc w:val="left"/>
      </w:pPr>
      <w:r>
        <w:rPr>
          <w:sz w:val="22"/>
        </w:rPr>
        <w:t>[ilan kaynağı/link/tarih] üzerinden yayımlanan **[Pozisyon Adı]** ilanınıza istinaden, niteliklerim ve deneyimlerimin pozisyona uygun olduğunu değerlendirerek başvurumu bilgilerinize sunarım.</w:t>
      </w:r>
    </w:p>
    <w:p/>
    <w:p>
      <w:pPr>
        <w:jc w:val="left"/>
      </w:pPr>
      <w:r>
        <w:rPr>
          <w:sz w:val="22"/>
        </w:rPr>
        <w:t>Öne çıkan niteliklerim: [eğitim derecesi/bölüm], [yıl] yıl sektör tecrübesi, [teknik/soft] beceriler ([ör. Excel, ERP, CRM, pazarlama otomasyonu, proje yönetimi, satış, müşteri ilişkileri, raporlama]). Şirketinize değer katabileceğime inanıyor; uygun görülmesi hâlinde görüşmeye katılmaktan memnuniyet duyarım.</w:t>
      </w:r>
    </w:p>
    <w:p/>
    <w:p>
      <w:pPr>
        <w:jc w:val="left"/>
      </w:pPr>
      <w:r>
        <w:rPr>
          <w:sz w:val="22"/>
        </w:rPr>
        <w:t>İletişim ve referans bilgilerim aşağıda yer almaktadır. Özgeçmişim ve destekleyici belgeler dilekçe ekinde sunulmuştur.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LinkedIn/Portföy (varsa)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Özgeçmiş (CV)</w:t>
      </w:r>
    </w:p>
    <w:p>
      <w:pPr>
        <w:jc w:val="left"/>
      </w:pPr>
      <w:r>
        <w:rPr>
          <w:sz w:val="22"/>
        </w:rPr>
        <w:t>2) Diploma/Transkript</w:t>
      </w:r>
    </w:p>
    <w:p>
      <w:pPr>
        <w:jc w:val="left"/>
      </w:pPr>
      <w:r>
        <w:rPr>
          <w:sz w:val="22"/>
        </w:rPr>
        <w:t>3) Sertifikalar (varsa)</w:t>
      </w:r>
    </w:p>
    <w:p>
      <w:pPr>
        <w:jc w:val="left"/>
      </w:pPr>
      <w:r>
        <w:rPr>
          <w:sz w:val="22"/>
        </w:rPr>
        <w:t>4) Referans mektupları/iletişim bilgileri (varsa)</w:t>
      </w:r>
    </w:p>
    <w:p>
      <w:pPr>
        <w:jc w:val="left"/>
      </w:pPr>
      <w:r>
        <w:rPr>
          <w:sz w:val="22"/>
        </w:rPr>
        <w:t>5) Portföy/örnek çalışmalar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