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DENİZLİ</w:t>
      </w:r>
    </w:p>
    <w:p>
      <w:pPr>
        <w:jc w:val="center"/>
      </w:pPr>
      <w:r>
        <w:rPr>
          <w:sz w:val="22"/>
        </w:rPr>
        <w:t>................................................. PAMUKKALE ÜNİVERSİTESİ REKTÖRLÜĞÜNE</w:t>
      </w:r>
    </w:p>
    <w:p/>
    <w:p>
      <w:pPr>
        <w:jc w:val="center"/>
      </w:pPr>
      <w:r>
        <w:rPr>
          <w:sz w:val="22"/>
        </w:rPr>
        <w:t>Konu: [Talep/İşlem Adı] Hakkında</w:t>
      </w:r>
    </w:p>
    <w:p/>
    <w:p>
      <w:pPr>
        <w:jc w:val="left"/>
      </w:pPr>
      <w:r>
        <w:rPr>
          <w:sz w:val="22"/>
        </w:rPr>
        <w:t>Pamukkale Üniversitesi [Fakülte/Yüksekokul/Enstitü] [Bölüm/Program] [öğrencisi/personeli] olarak; [talebinizi/işleminizi] içeren başvurumu sunmaktayım.</w:t>
      </w:r>
    </w:p>
    <w:p/>
    <w:p>
      <w:pPr>
        <w:jc w:val="left"/>
      </w:pPr>
      <w:r>
        <w:rPr>
          <w:sz w:val="22"/>
        </w:rPr>
        <w:t>Açıklamalar: [Kısa ve açık şekilde tarih‑olay‑gerekçe bilgi veriniz. Gerekirse karar/duyuru/ilgili maddeyi belirtiniz.]</w:t>
      </w:r>
    </w:p>
    <w:p/>
    <w:p>
      <w:pPr>
        <w:jc w:val="left"/>
      </w:pPr>
      <w:r>
        <w:rPr>
          <w:sz w:val="22"/>
        </w:rPr>
        <w:t>Sonuç ve İstem: Yukarıda yer verilen açıklamalar doğrultusunda [istenen işlem/izin/muafiyet/düzeltme] talebimin uygun görülerek gereğinin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Denizli, .... / .... / 20....</w:t>
      </w:r>
    </w:p>
    <w:p/>
    <w:p>
      <w:pPr>
        <w:jc w:val="left"/>
      </w:pPr>
      <w:r>
        <w:rPr>
          <w:sz w:val="22"/>
        </w:rPr>
        <w:t>[Başvuran/Öğrenci/Personel]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(Varsa) Öğrenci/Personel No : ______</w:t>
      </w:r>
    </w:p>
    <w:p>
      <w:pPr>
        <w:jc w:val="left"/>
      </w:pPr>
      <w:r>
        <w:rPr>
          <w:sz w:val="22"/>
        </w:rPr>
        <w:t>Birim/Bölüm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Dilekçeye dayanak belge/karar örneği</w:t>
      </w:r>
    </w:p>
    <w:p>
      <w:pPr>
        <w:jc w:val="left"/>
      </w:pPr>
      <w:r>
        <w:rPr>
          <w:sz w:val="22"/>
        </w:rPr>
        <w:t>2) (Varsa) Öğrenci/Personel belgesi</w:t>
      </w:r>
    </w:p>
    <w:p>
      <w:pPr>
        <w:jc w:val="left"/>
      </w:pPr>
      <w:r>
        <w:rPr>
          <w:sz w:val="22"/>
        </w:rPr>
        <w:t>3) (Varsa) Diğer ilgili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