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ADI] [PERSONEL/İNSAN KAYNAKLARI] BİRİMİNE</w:t>
      </w:r>
    </w:p>
    <w:p/>
    <w:p>
      <w:pPr>
        <w:jc w:val="center"/>
      </w:pPr>
      <w:r>
        <w:rPr>
          <w:sz w:val="22"/>
        </w:rPr>
        <w:t>Konu: Resen atama işleminin iptali talebi</w:t>
      </w:r>
    </w:p>
    <w:p/>
    <w:p>
      <w:pPr>
        <w:jc w:val="left"/>
      </w:pPr>
      <w:r>
        <w:rPr>
          <w:sz w:val="22"/>
        </w:rPr>
        <w:t>Tarafıma [tarih‑sayı] tarih ve sayılı yazı/olur ile [mevcut görev yerim]’den [yeni görev yeri]’ne resen atama işlemi tesis edilmiştir.</w:t>
      </w:r>
    </w:p>
    <w:p/>
    <w:p>
      <w:pPr>
        <w:jc w:val="left"/>
      </w:pPr>
      <w:r>
        <w:rPr>
          <w:sz w:val="22"/>
        </w:rPr>
        <w:t>Söz konusu atama işlemi; [aile birliği/sağlık/eğitim/engellilik durumu/servis‑ulaşım imkânı/görevde verimlilik] gibi somut durumlarım dikkate alınmadan, gerekçe ve dayanakları açıkça ortaya konulmadan tesis edildiğinden hukuka ve hakkaniyete aykırıdır.</w:t>
      </w:r>
    </w:p>
    <w:p/>
    <w:p>
      <w:pPr>
        <w:jc w:val="left"/>
      </w:pPr>
      <w:r>
        <w:rPr>
          <w:sz w:val="22"/>
        </w:rPr>
        <w:t>Açıklamalar: [Mazeretinizi ve somut gerekçenizi kısa ve net yazınız. Örn: bakmakla yükümlü olduğum yakınımın sağlık durumu nedeniyle sürekli tedavi‑kontrol gereklidir / eşim aynı ilde çalışmaktadır / çocuğumun özel eğitim süreci bulunmaktadır / raporlu engel durumum vardır vb.]. Bu hususları tevsik eden belgeler dilekçe ekinde sunulmuştur.</w:t>
      </w:r>
    </w:p>
    <w:p/>
    <w:p>
      <w:pPr>
        <w:jc w:val="left"/>
      </w:pPr>
      <w:r>
        <w:rPr>
          <w:sz w:val="22"/>
        </w:rPr>
        <w:t>Bu nedenlerle; resen atama işleminin iptal edilerek mevcut görev yerimde görevlendirmemin devamına (alternatif olarak [tercih edilen birim/il‑ilçe]’ye atamamın değerlendirilmesine) karar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[Personel/Çalışan]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Unvan/Kadro : ______</w:t>
      </w:r>
    </w:p>
    <w:p>
      <w:pPr>
        <w:jc w:val="left"/>
      </w:pPr>
      <w:r>
        <w:rPr>
          <w:sz w:val="22"/>
        </w:rPr>
        <w:t>Mevcut Görev Yeri : ______</w:t>
      </w:r>
    </w:p>
    <w:p>
      <w:pPr>
        <w:jc w:val="left"/>
      </w:pPr>
      <w:r>
        <w:rPr>
          <w:sz w:val="22"/>
        </w:rPr>
        <w:t>Atandığı Yeni Yer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Resen atama yazısı/olur örneği</w:t>
      </w:r>
    </w:p>
    <w:p>
      <w:pPr>
        <w:jc w:val="left"/>
      </w:pPr>
      <w:r>
        <w:rPr>
          <w:sz w:val="22"/>
        </w:rPr>
        <w:t>2) (Varsa) Sağlık raporu/kurul raporu</w:t>
      </w:r>
    </w:p>
    <w:p>
      <w:pPr>
        <w:jc w:val="left"/>
      </w:pPr>
      <w:r>
        <w:rPr>
          <w:sz w:val="22"/>
        </w:rPr>
        <w:t>3) (Varsa) Aile durumu belgeleri (evlilik cüzdanı, nüfus kayıt örneği, öğrenci belgesi vb.)</w:t>
      </w:r>
    </w:p>
    <w:p>
      <w:pPr>
        <w:jc w:val="left"/>
      </w:pPr>
      <w:r>
        <w:rPr>
          <w:sz w:val="22"/>
        </w:rP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