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t>................................................. İL/İLÇE</w:t>
      </w:r>
    </w:p>
    <w:p>
      <w:pPr>
        <w:jc w:val="center"/>
      </w:pPr>
      <w:r>
        <w:t>................................................. [İL] İL SAĞLIK MÜDÜRLÜĞÜNE</w:t>
      </w:r>
    </w:p>
    <w:p/>
    <w:p>
      <w:pPr>
        <w:jc w:val="center"/>
      </w:pPr>
      <w:r>
        <w:t>Konu: Alt bölge tayini / yer değişikliği talebi</w:t>
      </w:r>
    </w:p>
    <w:p/>
    <w:p>
      <w:pPr>
        <w:jc w:val="left"/>
      </w:pPr>
      <w:r>
        <w:t>Kurumunuz bünyesinde [unvan: hemşire/ebe/sağlık memuru/diğer] olarak görev yapmaktayım. Hâlihazırda görev yerim [İl/İlçe – Kurum/Birim] olup, [sağlık/ailenin ikameti/eş durumu/öğrenim/çocukların eğitimi/güvenlik vb.] gerekçeleri nedeniyle alt bölgede bulunan [talep edilen İl/İlçe – Kurum]’a atanma/yer değişikliği talebinde bulunuyorum.</w:t>
      </w:r>
    </w:p>
    <w:p/>
    <w:p>
      <w:pPr>
        <w:jc w:val="left"/>
      </w:pPr>
      <w:r>
        <w:t>Sağlık Bakanlığı Atama ve Yer Değiştirme Yönetmeliği ile ilgili mevzuat kapsamında; hizmet puanım, hizmet sürem ve kadro/planlama imkânları dikkate alınarak alt bölge tayini talebimin değerlendirilmesini; uygun görülmesi hâlinde atamamın yapılmasını, uygun görülmemesi hâlinde ise gerekçeli olarak tarafıma bildirilmesini arz ederim.</w:t>
      </w:r>
    </w:p>
    <w:p/>
    <w:p>
      <w:pPr>
        <w:jc w:val="left"/>
      </w:pPr>
      <w:r>
        <w:t>Gereğini arz ederim.</w:t>
      </w:r>
    </w:p>
    <w:p/>
    <w:p>
      <w:pPr>
        <w:jc w:val="left"/>
      </w:pPr>
      <w:r>
        <w:t>..............., .... / .... / 20....</w:t>
      </w:r>
    </w:p>
    <w:p/>
    <w:p>
      <w:pPr>
        <w:jc w:val="left"/>
      </w:pPr>
      <w:r>
        <w:t>[Başvuran Personel]</w:t>
      </w:r>
    </w:p>
    <w:p>
      <w:pPr>
        <w:jc w:val="left"/>
      </w:pPr>
      <w:r>
        <w:t>Adı Soyadı : ______</w:t>
      </w:r>
    </w:p>
    <w:p>
      <w:pPr>
        <w:jc w:val="left"/>
      </w:pPr>
      <w:r>
        <w:t>T.C. Kimlik No : ______</w:t>
      </w:r>
    </w:p>
    <w:p>
      <w:pPr>
        <w:jc w:val="left"/>
      </w:pPr>
      <w:r>
        <w:t>Sicil No / Personel No : ______</w:t>
      </w:r>
    </w:p>
    <w:p>
      <w:pPr>
        <w:jc w:val="left"/>
      </w:pPr>
      <w:r>
        <w:t>Görev Yeri : ______</w:t>
      </w:r>
    </w:p>
    <w:p>
      <w:pPr>
        <w:jc w:val="left"/>
      </w:pPr>
      <w:r>
        <w:t>Unvan : ______</w:t>
      </w:r>
    </w:p>
    <w:p>
      <w:pPr>
        <w:jc w:val="left"/>
      </w:pPr>
      <w:r>
        <w:t>Adres : ______</w:t>
      </w:r>
    </w:p>
    <w:p>
      <w:pPr>
        <w:jc w:val="left"/>
      </w:pPr>
      <w:r>
        <w:t>Telefon : ______</w:t>
      </w:r>
    </w:p>
    <w:p>
      <w:pPr>
        <w:jc w:val="left"/>
      </w:pPr>
      <w:r>
        <w:t>E‑posta : ______</w:t>
      </w:r>
    </w:p>
    <w:p>
      <w:pPr>
        <w:jc w:val="left"/>
      </w:pPr>
      <w:r>
        <w:t>İmza</w:t>
      </w:r>
    </w:p>
    <w:p/>
    <w:p/>
    <w:p/>
    <w:p/>
    <w:p/>
    <w:p>
      <w:pPr>
        <w:jc w:val="left"/>
      </w:pPr>
      <w:r>
        <w:t>Ekler:</w:t>
      </w:r>
    </w:p>
    <w:p>
      <w:pPr>
        <w:jc w:val="left"/>
      </w:pPr>
      <w:r>
        <w:t>1) (Varsa) Sağlık raporu / durum bildirir belge</w:t>
      </w:r>
    </w:p>
    <w:p>
      <w:pPr>
        <w:jc w:val="left"/>
      </w:pPr>
      <w:r>
        <w:t>2) (Varsa) Eş durumu belgesi (evlilik cüzdanı/çalışma belgesi vb.)</w:t>
      </w:r>
    </w:p>
    <w:p>
      <w:pPr>
        <w:jc w:val="left"/>
      </w:pPr>
      <w:r>
        <w:t>3) (Varsa) İkametgâh/Adres belgesi</w:t>
      </w:r>
    </w:p>
    <w:p>
      <w:pPr>
        <w:jc w:val="left"/>
      </w:pPr>
      <w:r>
        <w:t>4) (Varsa) Çocukların eğitim durumunu gösterir belge</w:t>
      </w:r>
    </w:p>
    <w:p>
      <w:pPr>
        <w:jc w:val="left"/>
      </w:pPr>
      <w:r>
        <w:t>5) Hizmet dökümü / görev yeri belgesi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