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[İL] İL SAĞLIK MÜDÜRLÜĞÜNE</w:t>
      </w:r>
    </w:p>
    <w:p/>
    <w:p>
      <w:pPr>
        <w:jc w:val="center"/>
      </w:pPr>
      <w:r>
        <w:t>Konu: İl içi tayin / yer değişikliği talebi</w:t>
      </w:r>
    </w:p>
    <w:p/>
    <w:p>
      <w:pPr>
        <w:jc w:val="left"/>
      </w:pPr>
      <w:r>
        <w:t>Kurumunuz bünyesinde [unvan: hemşire/ebe/sağlık memuru/diğer] olarak görev yapmaktayım. Hâlihazırda görev yerim [İlçe – Kurum/Birim] olup, [sağlık/ikamet‑ulaşım/aile birliği/eş durumu/çocukların eğitimi/güvenlik vb.] gerekçeleri nedeniyle il içinde [talep edilen İlçe – Kurum/Birim]’e atanma/yer değişikliği talebinde bulunuyorum.</w:t>
      </w:r>
    </w:p>
    <w:p/>
    <w:p>
      <w:pPr>
        <w:jc w:val="left"/>
      </w:pPr>
      <w:r>
        <w:t>Sağlık Bakanlığı Atama ve Yer Değiştirme Yönetmeliği ile ilgili mevzuat kapsamında; hizmet puanım, hizmet sürem ve kadro/planlama imkânları dikkate alınarak il içi tayin talebimin değerlendirilmesini; uygun görülmesi hâlinde atamamın yapılmasını, uygun görülmemesi hâlinde ise gerekçeli olarak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Personel]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Sicil No / Personel No : ______</w:t>
      </w:r>
    </w:p>
    <w:p>
      <w:pPr>
        <w:jc w:val="left"/>
      </w:pPr>
      <w:r>
        <w:t>Görev Yeri : ______</w:t>
      </w:r>
    </w:p>
    <w:p>
      <w:pPr>
        <w:jc w:val="left"/>
      </w:pPr>
      <w:r>
        <w:t>Unvan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Sağlık raporu / durum bildirir belge</w:t>
      </w:r>
    </w:p>
    <w:p>
      <w:pPr>
        <w:jc w:val="left"/>
      </w:pPr>
      <w:r>
        <w:t>2) (Varsa) Eş durumu belgesi (evlilik cüzdanı/çalışma belgesi vb.)</w:t>
      </w:r>
    </w:p>
    <w:p>
      <w:pPr>
        <w:jc w:val="left"/>
      </w:pPr>
      <w:r>
        <w:t>3) (Varsa) İkametgâh/Adres belgesi</w:t>
      </w:r>
    </w:p>
    <w:p>
      <w:pPr>
        <w:jc w:val="left"/>
      </w:pPr>
      <w:r>
        <w:t>4) (Varsa) Çocukların eğitim durumunu gösterir belge</w:t>
      </w:r>
    </w:p>
    <w:p>
      <w:pPr>
        <w:jc w:val="left"/>
      </w:pPr>
      <w:r>
        <w:t>5) Hizmet dökümü / görev yeri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