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[İL] İL SAĞLIK MÜDÜRLÜĞÜNE</w:t>
      </w:r>
    </w:p>
    <w:p/>
    <w:p>
      <w:pPr>
        <w:jc w:val="center"/>
      </w:pPr>
      <w:r>
        <w:t>Konu: Ücretsiz izin talebi</w:t>
      </w:r>
    </w:p>
    <w:p/>
    <w:p>
      <w:pPr>
        <w:jc w:val="left"/>
      </w:pPr>
      <w:r>
        <w:t>Kurumunuz bünyesinde [unvan: hemşire/ebe/sağlık memuru/diğer] olarak görev yapmaktayım. [sağlık/ailevi nedenler/eğitim/ikamet değişikliği/diğer] gerekçesiyle, [..../..../20....] tarihinden başlamak üzere [____] gün/ay süreyle ücretsiz izin kullanmak istiyorum.</w:t>
      </w:r>
    </w:p>
    <w:p/>
    <w:p>
      <w:pPr>
        <w:jc w:val="left"/>
      </w:pPr>
      <w:r>
        <w:t>657 sayılı Devlet Memurları Kanunu ve Sağlık Bakanlığı izin uygulamalarına ilişkin ilgili mevzuat kapsamında ücretsiz izin talebimin değerlendirilerek uygun görülmesi hâlinde onaylanmasını; uygun görülmemesi hâlinde ise gerekçeli olarak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 Personel]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Sicil No / Personel No : ______</w:t>
      </w:r>
    </w:p>
    <w:p>
      <w:pPr>
        <w:jc w:val="left"/>
      </w:pPr>
      <w:r>
        <w:t>Görev Yeri : ______</w:t>
      </w:r>
    </w:p>
    <w:p>
      <w:pPr>
        <w:jc w:val="left"/>
      </w:pPr>
      <w:r>
        <w:t>Unvan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(Varsa) Ücretsiz izin gerekçesine ilişkin belge/dilekçe eki</w:t>
      </w:r>
    </w:p>
    <w:p>
      <w:pPr>
        <w:jc w:val="left"/>
      </w:pPr>
      <w:r>
        <w:t>2) (Varsa) Sağlık raporu / durum bildirir belge</w:t>
      </w:r>
    </w:p>
    <w:p>
      <w:pPr>
        <w:jc w:val="left"/>
      </w:pPr>
      <w:r>
        <w:t>3) (Varsa) Eğitim belgesi / kayıt belgesi</w:t>
      </w:r>
    </w:p>
    <w:p>
      <w:pPr>
        <w:jc w:val="left"/>
      </w:pPr>
      <w: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