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[KURUM/BAŞHEKİMLİK/İL SAĞLIK MÜDÜRLÜĞÜ ADI]</w:t>
      </w:r>
    </w:p>
    <w:p/>
    <w:p>
      <w:pPr>
        <w:jc w:val="center"/>
      </w:pPr>
      <w:r>
        <w:t>Konu: Sağlık Bilimleri Lisansiyeri olarak görevlendirme/başvuru talebi</w:t>
      </w:r>
    </w:p>
    <w:p/>
    <w:p>
      <w:pPr>
        <w:jc w:val="left"/>
      </w:pPr>
      <w:r>
        <w:t>Kurumunuzun [...............] biriminde/kurumunda, ‘Sağlık Bilimleri Lisansiyeri’ unvanı kapsamında çalışmak/görevlendirilmek üzere başvuruda bulunuyorum.</w:t>
      </w:r>
    </w:p>
    <w:p/>
    <w:p>
      <w:pPr>
        <w:jc w:val="left"/>
      </w:pPr>
      <w:r>
        <w:t>[Üniversite adı] [Fakülte/Yüksekokul] [Bölüm adı] lisans programından [..../..../20....] tarihinde mezun oldum. Mezuniyet/diploma bilgilerim ve varsa mesleki yetkinlik belgelerim ekte sunulmuştur.</w:t>
      </w:r>
    </w:p>
    <w:p/>
    <w:p>
      <w:pPr>
        <w:jc w:val="left"/>
      </w:pPr>
      <w:r>
        <w:t>Eğitimim ve mesleki birikimim doğrultusunda; kurumunuzun hizmet ihtiyaçları ve kadro/planlama imkânları dikkate alınarak uygun görülmesi hâlinde ilgili birimde ‘Sağlık Bilimleri Lisansiyeri’ olarak görevlendirilmemi/işleme alınmamı; uygun görülmemesi hâlinde ise gerekçeli olarak tarafıma bildirilmesini arz ederim.</w:t>
      </w:r>
    </w:p>
    <w:p/>
    <w:p>
      <w:pPr>
        <w:jc w:val="left"/>
      </w:pPr>
      <w:r>
        <w:t>Gereğini arz ederim.</w:t>
      </w:r>
    </w:p>
    <w:p/>
    <w:p>
      <w:pPr>
        <w:jc w:val="left"/>
      </w:pPr>
      <w:r>
        <w:t>..............., .... / .... / 20....</w:t>
      </w:r>
    </w:p>
    <w:p/>
    <w:p>
      <w:pPr>
        <w:jc w:val="left"/>
      </w:pPr>
      <w:r>
        <w:t>[Başvuran]</w:t>
      </w:r>
    </w:p>
    <w:p>
      <w:pPr>
        <w:jc w:val="left"/>
      </w:pPr>
      <w:r>
        <w:t>Adı Soyadı : ______</w:t>
      </w:r>
    </w:p>
    <w:p>
      <w:pPr>
        <w:jc w:val="left"/>
      </w:pPr>
      <w:r>
        <w:t>T.C. Kimlik No : ______</w:t>
      </w:r>
    </w:p>
    <w:p>
      <w:pPr>
        <w:jc w:val="left"/>
      </w:pPr>
      <w:r>
        <w:t>Mezuniyet (Bölüm/Üniversite) : ______</w:t>
      </w:r>
    </w:p>
    <w:p>
      <w:pPr>
        <w:jc w:val="left"/>
      </w:pPr>
      <w:r>
        <w:t>Diploma No / Mezuniyet Tarihi : ______</w:t>
      </w:r>
    </w:p>
    <w:p>
      <w:pPr>
        <w:jc w:val="left"/>
      </w:pPr>
      <w:r>
        <w:t>Adres : ______</w:t>
      </w:r>
    </w:p>
    <w:p>
      <w:pPr>
        <w:jc w:val="left"/>
      </w:pPr>
      <w:r>
        <w:t>Telefon : ______</w:t>
      </w:r>
    </w:p>
    <w:p>
      <w:pPr>
        <w:jc w:val="left"/>
      </w:pPr>
      <w:r>
        <w:t>E‑posta : ______</w:t>
      </w:r>
    </w:p>
    <w:p>
      <w:pPr>
        <w:jc w:val="left"/>
      </w:pPr>
      <w:r>
        <w:t>İmza</w:t>
      </w:r>
    </w:p>
    <w:p/>
    <w:p/>
    <w:p/>
    <w:p/>
    <w:p/>
    <w:p>
      <w:pPr>
        <w:jc w:val="left"/>
      </w:pPr>
      <w:r>
        <w:t>Ekler:</w:t>
      </w:r>
    </w:p>
    <w:p>
      <w:pPr>
        <w:jc w:val="left"/>
      </w:pPr>
      <w:r>
        <w:t>1) Diploma/mezuniyet belgesi (veya geçici mezuniyet belgesi)</w:t>
      </w:r>
    </w:p>
    <w:p>
      <w:pPr>
        <w:jc w:val="left"/>
      </w:pPr>
      <w:r>
        <w:t>2) Nüfus cüzdanı/kimlik fotokopisi</w:t>
      </w:r>
    </w:p>
    <w:p>
      <w:pPr>
        <w:jc w:val="left"/>
      </w:pPr>
      <w:r>
        <w:t>3) Özgeçmiş (CV)</w:t>
      </w:r>
    </w:p>
    <w:p>
      <w:pPr>
        <w:jc w:val="left"/>
      </w:pPr>
      <w:r>
        <w:t>4) (Varsa) Sertifikalar ve mesleki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