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[KURUM/İL SAĞLIK MÜDÜRLÜĞÜ/BAŞHEKİMLİK ADI]</w:t>
      </w:r>
    </w:p>
    <w:p/>
    <w:p>
      <w:pPr>
        <w:jc w:val="center"/>
      </w:pPr>
      <w:r>
        <w:t>Konu: Sağlık lisansiyeri 1. dereceye intibak/uygulama talebi</w:t>
      </w:r>
    </w:p>
    <w:p/>
    <w:p>
      <w:pPr>
        <w:jc w:val="left"/>
      </w:pPr>
      <w:r>
        <w:t>Kurumunuz bünyesinde [unvan: sağlık lisansiyeri/sağlık personeli] olarak görev yapmaktayım. Mezuniyetim ve hizmet sürem dikkate alındığında, ilgili mevzuat kapsamında 1. dereceye intibak/uygulama şartlarını sağladığımı değerlendiriyorum.</w:t>
      </w:r>
    </w:p>
    <w:p/>
    <w:p>
      <w:pPr>
        <w:jc w:val="left"/>
      </w:pPr>
      <w:r>
        <w:t>Bu kapsamda; özlük dosyamda yer alan öğrenim ve hizmet bilgilerim incelenerek 1. derece intibakımın/uygulamamın yapılmasını; işlemin yapıldığı tarihin ve derece‑kademe bilgilerimin tarafıma yazılı olarak bildirilmesini arz ederim.</w:t>
      </w:r>
    </w:p>
    <w:p/>
    <w:p>
      <w:pPr>
        <w:jc w:val="left"/>
      </w:pPr>
      <w:r>
        <w:t>Gereğini arz ederim.</w:t>
      </w:r>
    </w:p>
    <w:p/>
    <w:p>
      <w:pPr>
        <w:jc w:val="left"/>
      </w:pPr>
      <w:r>
        <w:t>..............., .... / .... / 20....</w:t>
      </w:r>
    </w:p>
    <w:p/>
    <w:p>
      <w:pPr>
        <w:jc w:val="left"/>
      </w:pPr>
      <w:r>
        <w:t>[Başvuran Personel]</w:t>
      </w:r>
    </w:p>
    <w:p>
      <w:pPr>
        <w:jc w:val="left"/>
      </w:pPr>
      <w:r>
        <w:t>Adı Soyadı : ______</w:t>
      </w:r>
    </w:p>
    <w:p>
      <w:pPr>
        <w:jc w:val="left"/>
      </w:pPr>
      <w:r>
        <w:t>T.C. Kimlik No : ______</w:t>
      </w:r>
    </w:p>
    <w:p>
      <w:pPr>
        <w:jc w:val="left"/>
      </w:pPr>
      <w:r>
        <w:t>Sicil No / Personel No : ______</w:t>
      </w:r>
    </w:p>
    <w:p>
      <w:pPr>
        <w:jc w:val="left"/>
      </w:pPr>
      <w:r>
        <w:t>Görev Yeri : ______</w:t>
      </w:r>
    </w:p>
    <w:p>
      <w:pPr>
        <w:jc w:val="left"/>
      </w:pPr>
      <w:r>
        <w:t>Unvan : ______</w:t>
      </w:r>
    </w:p>
    <w:p>
      <w:pPr>
        <w:jc w:val="left"/>
      </w:pPr>
      <w:r>
        <w:t>Öğrenim Durumu : ______</w:t>
      </w:r>
    </w:p>
    <w:p>
      <w:pPr>
        <w:jc w:val="left"/>
      </w:pPr>
      <w:r>
        <w:t>Hizmet Süresi : ______</w:t>
      </w:r>
    </w:p>
    <w:p>
      <w:pPr>
        <w:jc w:val="left"/>
      </w:pPr>
      <w:r>
        <w:t>Adres : ______</w:t>
      </w:r>
    </w:p>
    <w:p>
      <w:pPr>
        <w:jc w:val="left"/>
      </w:pPr>
      <w:r>
        <w:t>Telefon : ______</w:t>
      </w:r>
    </w:p>
    <w:p>
      <w:pPr>
        <w:jc w:val="left"/>
      </w:pPr>
      <w:r>
        <w:t>E‑posta : ______</w:t>
      </w:r>
    </w:p>
    <w:p>
      <w:pPr>
        <w:jc w:val="left"/>
      </w:pPr>
      <w:r>
        <w:t>İmza</w:t>
      </w:r>
    </w:p>
    <w:p/>
    <w:p/>
    <w:p/>
    <w:p/>
    <w:p/>
    <w:p>
      <w:pPr>
        <w:jc w:val="left"/>
      </w:pPr>
      <w:r>
        <w:t>Ekler:</w:t>
      </w:r>
    </w:p>
    <w:p>
      <w:pPr>
        <w:jc w:val="left"/>
      </w:pPr>
      <w:r>
        <w:t>1) Diploma/mezuniyet belgesi sureti</w:t>
      </w:r>
    </w:p>
    <w:p>
      <w:pPr>
        <w:jc w:val="left"/>
      </w:pPr>
      <w:r>
        <w:t>2) Hizmet dökümü / atama onayı / görev yeri belgesi</w:t>
      </w:r>
    </w:p>
    <w:p>
      <w:pPr>
        <w:jc w:val="left"/>
      </w:pPr>
      <w:r>
        <w:t>3) (Varsa) Daha önce yapılmış intibak yazışmaları</w:t>
      </w:r>
    </w:p>
    <w:p>
      <w:pPr>
        <w:jc w:val="left"/>
      </w:pPr>
      <w:r>
        <w:t>4)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