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t>................................................. İL/İLÇE</w:t>
      </w:r>
    </w:p>
    <w:p>
      <w:pPr>
        <w:jc w:val="center"/>
      </w:pPr>
      <w:r>
        <w:t>................................................. [DEFTERDARLIK / VERGİ DAİRESİ BAŞKANLIĞI]</w:t>
      </w:r>
    </w:p>
    <w:p/>
    <w:p>
      <w:pPr>
        <w:jc w:val="center"/>
      </w:pPr>
      <w:r>
        <w:t>Konu: Sakatlık indirimi (engellilik vergi indirimi) talebi</w:t>
      </w:r>
    </w:p>
    <w:p/>
    <w:p>
      <w:pPr>
        <w:jc w:val="left"/>
      </w:pPr>
      <w:r>
        <w:t>657 sayılı Kanun/5510 sayılı Kanun kapsamında çalışan/4A sigortalı olarak [kurum/işyeri adı] bünyesinde görev yapmaktayım. Engel durumum nedeniyle gelir vergisi yönünden sakatlık indirimi (engellilik vergi indirimi) hakkından yararlanmak istiyorum.</w:t>
      </w:r>
    </w:p>
    <w:p/>
    <w:p>
      <w:pPr>
        <w:jc w:val="left"/>
      </w:pPr>
      <w:r>
        <w:t>Bu nedenle, ilgili mevzuat çerçevesinde sakatlık indirimi başvurumun kabul edilerek sağlık kurulu raporumun değerlendirmeye alınmasını; gerek görülmesi hâlinde yetkili hastaneye sevkimin yapılmasını ve değerlendirme sonucunun tarafıma bildirilmesini arz ederim.</w:t>
      </w:r>
    </w:p>
    <w:p/>
    <w:p>
      <w:pPr>
        <w:jc w:val="left"/>
      </w:pPr>
      <w:r>
        <w:t>Gereğini arz ederim.</w:t>
      </w:r>
    </w:p>
    <w:p/>
    <w:p>
      <w:pPr>
        <w:jc w:val="left"/>
      </w:pPr>
      <w:r>
        <w:t>..............., .... / .... / 20....</w:t>
      </w:r>
    </w:p>
    <w:p/>
    <w:p>
      <w:pPr>
        <w:jc w:val="left"/>
      </w:pPr>
      <w:r>
        <w:t>[Başvuran]</w:t>
      </w:r>
    </w:p>
    <w:p>
      <w:pPr>
        <w:jc w:val="left"/>
      </w:pPr>
      <w:r>
        <w:t>Adı Soyadı : ______</w:t>
      </w:r>
    </w:p>
    <w:p>
      <w:pPr>
        <w:jc w:val="left"/>
      </w:pPr>
      <w:r>
        <w:t>T.C. Kimlik No : ______</w:t>
      </w:r>
    </w:p>
    <w:p>
      <w:pPr>
        <w:jc w:val="left"/>
      </w:pPr>
      <w:r>
        <w:t>SGK Sicil No : ______</w:t>
      </w:r>
    </w:p>
    <w:p>
      <w:pPr>
        <w:jc w:val="left"/>
      </w:pPr>
      <w:r>
        <w:t>Çalıştığı İşyeri / Kurum : ______</w:t>
      </w:r>
    </w:p>
    <w:p>
      <w:pPr>
        <w:jc w:val="left"/>
      </w:pPr>
      <w:r>
        <w:t>İşyerinin Vergi No / Vergi Dairesi : ______</w:t>
      </w:r>
    </w:p>
    <w:p>
      <w:pPr>
        <w:jc w:val="left"/>
      </w:pPr>
      <w:r>
        <w:t>Adres : ______</w:t>
      </w:r>
    </w:p>
    <w:p>
      <w:pPr>
        <w:jc w:val="left"/>
      </w:pPr>
      <w:r>
        <w:t>Telefon : ______</w:t>
      </w:r>
    </w:p>
    <w:p>
      <w:pPr>
        <w:jc w:val="left"/>
      </w:pPr>
      <w:r>
        <w:t>E‑posta : ______</w:t>
      </w:r>
    </w:p>
    <w:p>
      <w:pPr>
        <w:jc w:val="left"/>
      </w:pPr>
      <w:r>
        <w:t>İmza</w:t>
      </w:r>
    </w:p>
    <w:p/>
    <w:p/>
    <w:p/>
    <w:p/>
    <w:p/>
    <w:p>
      <w:pPr>
        <w:jc w:val="left"/>
      </w:pPr>
      <w:r>
        <w:t>Ekler:</w:t>
      </w:r>
    </w:p>
    <w:p>
      <w:pPr>
        <w:jc w:val="left"/>
      </w:pPr>
      <w:r>
        <w:t>1) Sağlık kurulu raporu (engel oranını gösterir)</w:t>
      </w:r>
    </w:p>
    <w:p>
      <w:pPr>
        <w:jc w:val="left"/>
      </w:pPr>
      <w:r>
        <w:t>2) Çalıştığına dair belge / hizmet dökümü</w:t>
      </w:r>
    </w:p>
    <w:p>
      <w:pPr>
        <w:jc w:val="left"/>
      </w:pPr>
      <w:r>
        <w:t>3) Kimlik fotokopisi</w:t>
      </w:r>
    </w:p>
    <w:p>
      <w:pPr>
        <w:jc w:val="left"/>
      </w:pPr>
      <w:r>
        <w:t>4) (Varsa) İşyeri yazısı / gelir vergisi kesintisini gösterir belge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