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T.C. SANAYİ VE TEKNOLOJİ İL MÜDÜRLÜĞÜNE</w:t>
      </w:r>
    </w:p>
    <w:p/>
    <w:p>
      <w:pPr>
        <w:jc w:val="center"/>
      </w:pPr>
      <w:r>
        <w:t>Konu: Sanayi sicil belgesinin iptali talebi</w:t>
      </w:r>
    </w:p>
    <w:p/>
    <w:p>
      <w:pPr>
        <w:jc w:val="left"/>
      </w:pPr>
      <w:r>
        <w:t>Kurumunuz nezdinde kayıtlı bulunan işletmemize ait sanayi sicil belgesinin iptal edilmesi hususunda başvuruda bulunuyorum.</w:t>
      </w:r>
    </w:p>
    <w:p/>
    <w:p>
      <w:pPr>
        <w:jc w:val="left"/>
      </w:pPr>
      <w:r>
        <w:t>İşletme Unvanı: [________]</w:t>
      </w:r>
    </w:p>
    <w:p>
      <w:pPr>
        <w:jc w:val="left"/>
      </w:pPr>
      <w:r>
        <w:t>Sanayi Sicil Belge No: [________]</w:t>
      </w:r>
    </w:p>
    <w:p>
      <w:pPr>
        <w:jc w:val="left"/>
      </w:pPr>
      <w:r>
        <w:t>Vergi No / Vergi Dairesi: [________]</w:t>
      </w:r>
    </w:p>
    <w:p>
      <w:pPr>
        <w:jc w:val="left"/>
      </w:pPr>
      <w:r>
        <w:t>Adres: [________]</w:t>
      </w:r>
    </w:p>
    <w:p/>
    <w:p>
      <w:pPr>
        <w:jc w:val="left"/>
      </w:pPr>
      <w:r>
        <w:t>Belge iptal talebimin gerekçesi: [faaliyetin sona ermesi / üretimin durması / adres değişikliği sonrası kayıt yenilenmesi / işyeri kapanışı / devir / diğer]. Bu kapsamda sanayi sicil belgesinin iptal edilmesini ve yapılacak işlemin sonucunun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(Yetkili)]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Görevi/Unvanı : ______</w:t>
      </w:r>
    </w:p>
    <w:p>
      <w:pPr>
        <w:jc w:val="left"/>
      </w:pPr>
      <w:r>
        <w:t>Firma Ünvanı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 / Kaşe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Sanayi sicil belgesi sureti</w:t>
      </w:r>
    </w:p>
    <w:p>
      <w:pPr>
        <w:jc w:val="left"/>
      </w:pPr>
      <w:r>
        <w:t>2) (Varsa) Faaliyetin sona erdiğini gösterir belge (kapanış/terkin yazısı vb.)</w:t>
      </w:r>
    </w:p>
    <w:p>
      <w:pPr>
        <w:jc w:val="left"/>
      </w:pPr>
      <w:r>
        <w:t>3) İmza sirküleri / yetki belgesi</w:t>
      </w:r>
    </w:p>
    <w:p>
      <w:pPr>
        <w:jc w:val="left"/>
      </w:pPr>
      <w: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