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CUMHURİYET BAŞSAVCILIĞINA</w:t>
      </w:r>
    </w:p>
    <w:p/>
    <w:p>
      <w:pPr>
        <w:jc w:val="center"/>
      </w:pPr>
      <w:r>
        <w:t>Konu: Adli sicil kaydı (sabıka kaydı) belgesi talebi</w:t>
      </w:r>
    </w:p>
    <w:p/>
    <w:p>
      <w:pPr>
        <w:jc w:val="left"/>
      </w:pPr>
      <w:r>
        <w:t>Kurumunuzdan; [iş başvurusu/okul kaydı/vize/ihale/kurum işlemleri/diğer] kapsamında ibraz edilmek üzere adli sicil kaydı (sabıka kaydı) belgesi talep etmekteyim.</w:t>
      </w:r>
    </w:p>
    <w:p/>
    <w:p>
      <w:pPr>
        <w:jc w:val="left"/>
      </w:pPr>
      <w:r>
        <w:t>Gereğinin yapılarak adli sicil kaydı belgesinin tarafıma verilmesini (veya e‑Devlet üzerinden alınacak adli sicil kaydı belgesinin kurumunuza sunulması için gerekli yönlendirmenin yapılmasını)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Doğum Tarihi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Kimlik fotokopisi (varsa)</w:t>
      </w:r>
    </w:p>
    <w:p>
      <w:pPr>
        <w:jc w:val="left"/>
      </w:pPr>
      <w:r>
        <w:t>2) (Varsa) Belge talep gerekçesini gösterir yazı/ilan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