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TÜRKÇE METİN (Örnek Dilekçe / Vize Başvuru Yazısı)</w:t>
      </w:r>
    </w:p>
    <w:p/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[ÜLKE ADI] BAŞKONSOLOSLUĞUNA / KONSOLOSLUĞUNA</w:t>
      </w:r>
    </w:p>
    <w:p/>
    <w:p>
      <w:pPr>
        <w:jc w:val="center"/>
      </w:pPr>
      <w:r>
        <w:t>Konu: Schengen turistik vize talebi</w:t>
      </w:r>
    </w:p>
    <w:p/>
    <w:p>
      <w:pPr>
        <w:jc w:val="left"/>
      </w:pPr>
      <w:r>
        <w:t>Sayın Yetkili,</w:t>
      </w:r>
    </w:p>
    <w:p/>
    <w:p>
      <w:pPr>
        <w:jc w:val="left"/>
      </w:pPr>
      <w:r>
        <w:t>Ben, [Ad Soyad] (Pasaport No: [________], T.C. Kimlik No: [________]) [meslek/öğrenci/çalışan] olarak [şehir/ülke]’de ikamet etmekteyim. [..../..../20....] – [..../..../20....] tarihleri arasında, turistik amaçla [gidilecek ülke/şehir(ler)]’i ziyaret etmeyi planlıyorum.</w:t>
      </w:r>
    </w:p>
    <w:p/>
    <w:p>
      <w:pPr>
        <w:jc w:val="left"/>
      </w:pPr>
      <w:r>
        <w:t>Seyahat planım kapsamında; gidiş-dönüş uçak biletlerim, konaklama rezervasyonlarım ve seyahat sağlık sigortam tarafımca temin edilmiştir. Seyahat masraflarım [kendi birikimim/maaş gelirlerim/sponsor] ile karşılanacaktır. (Varsa sponsor: [Ad Soyad – Yakınlık – Gelir/taahhüt bilgisi].)</w:t>
      </w:r>
    </w:p>
    <w:p/>
    <w:p>
      <w:pPr>
        <w:jc w:val="left"/>
      </w:pPr>
      <w:r>
        <w:t>Türkiye’ye geri dönüş niyetim kesindir. [Çalıştığım kurum/öğrenim durumum/aile bağlarım ve sorumluluklarım] nedeniyle belirtilen tarihler sonunda ülkemize geri döneceğim.</w:t>
      </w:r>
    </w:p>
    <w:p/>
    <w:p>
      <w:pPr>
        <w:jc w:val="left"/>
      </w:pPr>
      <w:r>
        <w:t>Bu kapsamda, belirtilen tarih aralığında turistik seyahatimi gerçekleştirebilmem için Schengen turistik vize başvurumun olumlu değerlendirilerek tarafıma vize verilmesini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[Yer],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Pasaport No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Pasaport fotokopisi (kimlik sayfası ve varsa önceki vizeler)</w:t>
      </w:r>
    </w:p>
    <w:p>
      <w:pPr>
        <w:jc w:val="left"/>
      </w:pPr>
      <w:r>
        <w:t>2) Uçuş rezervasyonları / gidiş-dönüş biletleri</w:t>
      </w:r>
    </w:p>
    <w:p>
      <w:pPr>
        <w:jc w:val="left"/>
      </w:pPr>
      <w:r>
        <w:t>3) Konaklama rezervasyonları (otel/airbnb vb.)</w:t>
      </w:r>
    </w:p>
    <w:p>
      <w:pPr>
        <w:jc w:val="left"/>
      </w:pPr>
      <w:r>
        <w:t>4) Seyahat sağlık sigortası poliçesi</w:t>
      </w:r>
    </w:p>
    <w:p>
      <w:pPr>
        <w:jc w:val="left"/>
      </w:pPr>
      <w:r>
        <w:t>5) Finansal belgeler (banka dökümü, maaş bordrosu vb.)</w:t>
      </w:r>
    </w:p>
    <w:p>
      <w:pPr>
        <w:jc w:val="left"/>
      </w:pPr>
      <w:r>
        <w:t>6) Çalışma/öğrencilik belgeleri (işyeri yazısı, SGK, öğrenci belgesi vb.)</w:t>
      </w:r>
    </w:p>
    <w:p/>
    <w:p/>
    <w:p>
      <w:pPr>
        <w:jc w:val="left"/>
      </w:pPr>
      <w:r>
        <w:t>—</w:t>
      </w:r>
    </w:p>
    <w:p/>
    <w:p/>
    <w:p>
      <w:pPr>
        <w:jc w:val="left"/>
      </w:pPr>
      <w:r>
        <w:t>ENGLISH VERSION (Sample Cover Letter for Tourist Schengen Visa)</w:t>
      </w:r>
    </w:p>
    <w:p/>
    <w:p>
      <w:pPr>
        <w:jc w:val="center"/>
      </w:pPr>
      <w:r>
        <w:t>................................................. CITY / DISTRICT</w:t>
      </w:r>
    </w:p>
    <w:p>
      <w:pPr>
        <w:jc w:val="center"/>
      </w:pPr>
      <w:r>
        <w:t>................................................. CONSULATE GENERAL / CONSULATE OF [COUNTRY NAME]</w:t>
      </w:r>
    </w:p>
    <w:p/>
    <w:p>
      <w:pPr>
        <w:jc w:val="center"/>
      </w:pPr>
      <w:r>
        <w:t>Subject: Request for a Tourist Schengen Visa</w:t>
      </w:r>
    </w:p>
    <w:p/>
    <w:p>
      <w:pPr>
        <w:jc w:val="left"/>
      </w:pPr>
      <w:r>
        <w:t>Dear Sir/Madam,</w:t>
      </w:r>
    </w:p>
    <w:p/>
    <w:p>
      <w:pPr>
        <w:jc w:val="left"/>
      </w:pPr>
      <w:r>
        <w:t>My name is [Full Name] (Passport No: [________], Turkish ID No: [________]). I am a [profession/student/employee] residing in [city, country]. I would like to visit [destination country/city(ies)] for tourism purposes between [dd/mm/yyyy] and [dd/mm/yyyy].</w:t>
      </w:r>
    </w:p>
    <w:p/>
    <w:p>
      <w:pPr>
        <w:jc w:val="left"/>
      </w:pPr>
      <w:r>
        <w:t>During my trip, I will stay at [hotel/address] and follow the itinerary attached to my application. My round‑trip flight bookings, accommodation reservations, and travel medical insurance have been arranged. My travel expenses will be covered by [my own savings/salary/sponsor]. (If sponsored: Sponsor details: [Name – Relationship – Financial undertaking].)</w:t>
      </w:r>
    </w:p>
    <w:p/>
    <w:p>
      <w:pPr>
        <w:jc w:val="left"/>
      </w:pPr>
      <w:r>
        <w:t>I confirm that I will return to Türkiye at the end of my visit, as I have strong ties and obligations such as [employment/studies/family responsibilities].</w:t>
      </w:r>
    </w:p>
    <w:p/>
    <w:p>
      <w:pPr>
        <w:jc w:val="left"/>
      </w:pPr>
      <w:r>
        <w:t>Therefore, I kindly request that my application for a Tourist Schengen Visa be considered favorably and that a visa be issued for the above-mentioned travel dates.</w:t>
      </w:r>
    </w:p>
    <w:p/>
    <w:p>
      <w:pPr>
        <w:jc w:val="left"/>
      </w:pPr>
      <w:r>
        <w:t>Sincerely,</w:t>
      </w:r>
    </w:p>
    <w:p/>
    <w:p>
      <w:pPr>
        <w:jc w:val="left"/>
      </w:pPr>
      <w:r>
        <w:t>[Place], [dd/mm/yyyy]</w:t>
      </w:r>
    </w:p>
    <w:p/>
    <w:p>
      <w:pPr>
        <w:jc w:val="left"/>
      </w:pPr>
      <w:r>
        <w:t>[Applicant]</w:t>
      </w:r>
    </w:p>
    <w:p>
      <w:pPr>
        <w:jc w:val="left"/>
      </w:pPr>
      <w:r>
        <w:t>Full Name : ______</w:t>
      </w:r>
    </w:p>
    <w:p>
      <w:pPr>
        <w:jc w:val="left"/>
      </w:pPr>
      <w:r>
        <w:t>Passport No : ______</w:t>
      </w:r>
    </w:p>
    <w:p>
      <w:pPr>
        <w:jc w:val="left"/>
      </w:pPr>
      <w:r>
        <w:t>Turkish ID No : ______</w:t>
      </w:r>
    </w:p>
    <w:p>
      <w:pPr>
        <w:jc w:val="left"/>
      </w:pPr>
      <w:r>
        <w:t>Address : ______</w:t>
      </w:r>
    </w:p>
    <w:p>
      <w:pPr>
        <w:jc w:val="left"/>
      </w:pPr>
      <w:r>
        <w:t>Phone : ______</w:t>
      </w:r>
    </w:p>
    <w:p>
      <w:pPr>
        <w:jc w:val="left"/>
      </w:pPr>
      <w:r>
        <w:t>E‑mail : ______</w:t>
      </w:r>
    </w:p>
    <w:p>
      <w:pPr>
        <w:jc w:val="left"/>
      </w:pPr>
      <w:r>
        <w:t>Signature</w:t>
      </w:r>
    </w:p>
    <w:p/>
    <w:p/>
    <w:p/>
    <w:p/>
    <w:p/>
    <w:p>
      <w:pPr>
        <w:jc w:val="left"/>
      </w:pPr>
      <w:r>
        <w:t>Attachments:</w:t>
      </w:r>
    </w:p>
    <w:p>
      <w:pPr>
        <w:jc w:val="left"/>
      </w:pPr>
      <w:r>
        <w:t>1) Passport copy (bio page and previous visas, if any)</w:t>
      </w:r>
    </w:p>
    <w:p>
      <w:pPr>
        <w:jc w:val="left"/>
      </w:pPr>
      <w:r>
        <w:t>2) Flight reservations / round‑trip tickets</w:t>
      </w:r>
    </w:p>
    <w:p>
      <w:pPr>
        <w:jc w:val="left"/>
      </w:pPr>
      <w:r>
        <w:t>3) Accommodation reservations</w:t>
      </w:r>
    </w:p>
    <w:p>
      <w:pPr>
        <w:jc w:val="left"/>
      </w:pPr>
      <w:r>
        <w:t>4) Travel medical insurance policy</w:t>
      </w:r>
    </w:p>
    <w:p>
      <w:pPr>
        <w:jc w:val="left"/>
      </w:pPr>
      <w:r>
        <w:t>5) Financial documents (bank statements, payslips, etc.)</w:t>
      </w:r>
    </w:p>
    <w:p>
      <w:pPr>
        <w:jc w:val="left"/>
      </w:pPr>
      <w:r>
        <w:t>6) Employment/student documents (employer letter, SGK record, student certificate, etc.)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