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[ÜLKE ADI] BAŞKONSOLOSLUĞUNA / KONSOLOSLUĞUNA</w:t>
      </w:r>
    </w:p>
    <w:p/>
    <w:p>
      <w:pPr>
        <w:jc w:val="center"/>
      </w:pPr>
      <w:r>
        <w:t>Konu: Schengen vizesi için sponsor taahhüdü (masraf karşılama yazısı)</w:t>
      </w:r>
    </w:p>
    <w:p/>
    <w:p>
      <w:pPr>
        <w:jc w:val="left"/>
      </w:pPr>
      <w:r>
        <w:t>Sayın Yetkili,</w:t>
      </w:r>
    </w:p>
    <w:p/>
    <w:p>
      <w:pPr>
        <w:jc w:val="left"/>
      </w:pPr>
      <w:r>
        <w:t>Ben, [Sponsor Ad Soyad] (T.C. Kimlik No: [________]) [meslek] olarak [adres]’te ikamet etmekteyim. [Başvuran Ad Soyad] (Pasaport No: [________], T.C. Kimlik No: [________]) isimli kişinin Schengen vize başvurusu kapsamında, [..../..../20....] – [..../..../20....] tarihleri arasında gerçekleştireceği [turistik/ziyaret/diğer] amaçlı seyahatine sponsor olduğumu beyan ederim.</w:t>
      </w:r>
    </w:p>
    <w:p/>
    <w:p>
      <w:pPr>
        <w:jc w:val="left"/>
      </w:pPr>
      <w:r>
        <w:t>Başvuranın seyahati boyunca oluşacak ulaşım, konaklama, günlük harcamalar ve diğer masraflarının tamamı/bir kısmı tarafımdan karşılanacaktır. Bu kapsamda, mali yeterliliğimi gösterir belgeler (banka hesap dökümleri, maaş bordrosu, gelir belgeleri vb.) başvuru dosyasına eklenmiştir.</w:t>
      </w:r>
    </w:p>
    <w:p/>
    <w:p>
      <w:pPr>
        <w:jc w:val="left"/>
      </w:pPr>
      <w:r>
        <w:t>Başvuran ile yakınlık/ilişkim: [anne/baba/eş/kardeş/akraba/diğer]. Başvuranın belirtilen seyahat süresinin sonunda Türkiye’ye geri döneceğini, kendisiyle olan bağımız ve Türkiye’deki yükümlülükleri nedeniyle teyit ederim.</w:t>
      </w:r>
    </w:p>
    <w:p/>
    <w:p>
      <w:pPr>
        <w:jc w:val="left"/>
      </w:pPr>
      <w:r>
        <w:t>Bu nedenle, [Başvuran Ad Soyad] adına yapılan Schengen vize başvurusunun olumlu değerlendirilmesini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[Yer], .... / .... / 20....</w:t>
      </w:r>
    </w:p>
    <w:p/>
    <w:p>
      <w:pPr>
        <w:jc w:val="left"/>
      </w:pPr>
      <w:r>
        <w:t>[Sponsor]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Sponsor kimlik fotokopisi</w:t>
      </w:r>
    </w:p>
    <w:p>
      <w:pPr>
        <w:jc w:val="left"/>
      </w:pPr>
      <w:r>
        <w:t>2) Sponsor gelir belgeleri (maaş bordrosu/SGK, vergi levhası vb.)</w:t>
      </w:r>
    </w:p>
    <w:p>
      <w:pPr>
        <w:jc w:val="left"/>
      </w:pPr>
      <w:r>
        <w:t>3) Sponsor banka hesap dökümü</w:t>
      </w:r>
    </w:p>
    <w:p>
      <w:pPr>
        <w:jc w:val="left"/>
      </w:pPr>
      <w:r>
        <w:t>4) Yakınlık/ilişkiyi gösterir belge (nüfus kayıt örneği, evlilik cüzdanı vb.)</w:t>
      </w:r>
    </w:p>
    <w:p>
      <w:pPr>
        <w:jc w:val="left"/>
      </w:pPr>
      <w:r>
        <w:t>5) Başvuranın pasaport fotokopisi (kimlik sayfası)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