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SÜLEYMAN DEMİREL ÜNİVERSİTESİ REKTÖRLÜĞÜNE</w:t>
      </w:r>
    </w:p>
    <w:p>
      <w:pPr>
        <w:jc w:val="center"/>
      </w:pPr>
      <w:r>
        <w:t>Öğrenci İşleri Daire Başkanlığına</w:t>
      </w:r>
    </w:p>
    <w:p/>
    <w:p>
      <w:pPr>
        <w:jc w:val="center"/>
      </w:pPr>
      <w:r>
        <w:t>Konu: Yatay geçiş başvurusu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[________], Öğrenci No: [________]) hâlihazırda [Mevcut Üniversite Adı] [Fakülte/Yüksekokul] [Bölüm/Program Adı] programında [sınıf] öğrencisiyim.</w:t>
      </w:r>
    </w:p>
    <w:p/>
    <w:p>
      <w:pPr>
        <w:jc w:val="left"/>
      </w:pPr>
      <w:r>
        <w:t>[..../..../20....] tarihinde ilan edilen yatay geçiş kontenjanları kapsamında; Süleyman Demirel Üniversitesi [Fakülte/Yüksekokul] [Bölüm/Program Adı] programına yatay geçiş yapmak istiyorum.</w:t>
      </w:r>
    </w:p>
    <w:p/>
    <w:p>
      <w:pPr>
        <w:jc w:val="left"/>
      </w:pPr>
      <w:r>
        <w:t>Genel not ortalamam: [______/4.00] (veya [______/100]). Başvuru koşullarını sağladığımı ve istenen belgeleri eksiksiz olarak sunduğumu beyan ederim.</w:t>
      </w:r>
    </w:p>
    <w:p/>
    <w:p>
      <w:pPr>
        <w:jc w:val="left"/>
      </w:pPr>
      <w:r>
        <w:t>Yatay geçiş talebimin gerekçesi: [Eğitim/ikamet/sağlık/ailevi nedenler/akademik hedefler/diğer].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Süleyman Demirel Üniversitesi [Fakülte/Yüksekokul] [Bölüm/Program Adı] programına yatay geçiş başvurumun değerlendirilerek kabul edilmesini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Öğrenci]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Öğrenci No : ______</w:t>
      </w:r>
    </w:p>
    <w:p>
      <w:pPr>
        <w:jc w:val="left"/>
      </w:pPr>
      <w:r>
        <w:t>Mevcut Üniversite : ______</w:t>
      </w:r>
    </w:p>
    <w:p>
      <w:pPr>
        <w:jc w:val="left"/>
      </w:pPr>
      <w:r>
        <w:t>Bölüm/Program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E-posta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Transkript (not dökümü)</w:t>
      </w:r>
    </w:p>
    <w:p>
      <w:pPr>
        <w:jc w:val="left"/>
      </w:pPr>
      <w:r>
        <w:t>2) Öğrenci belgesi</w:t>
      </w:r>
    </w:p>
    <w:p>
      <w:pPr>
        <w:jc w:val="left"/>
      </w:pPr>
      <w:r>
        <w:t>3) Ders içerikleri / ders planı (varsa)</w:t>
      </w:r>
    </w:p>
    <w:p>
      <w:pPr>
        <w:jc w:val="left"/>
      </w:pPr>
      <w:r>
        <w:t>4) (Varsa) Disiplin durum belgesi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