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[KURUM / OKUL / MÜDÜRLÜK ADI]</w:t>
      </w:r>
    </w:p>
    <w:p/>
    <w:p>
      <w:pPr>
        <w:jc w:val="center"/>
      </w:pPr>
      <w:r>
        <w:t>Konu: Seminer düzenleme/katılım izni talebi</w:t>
      </w:r>
    </w:p>
    <w:p/>
    <w:p>
      <w:pPr>
        <w:jc w:val="left"/>
      </w:pPr>
      <w:r>
        <w:t>Açıklamalar:</w:t>
      </w:r>
    </w:p>
    <w:p>
      <w:pPr>
        <w:jc w:val="left"/>
      </w:pPr>
      <w:r>
        <w:t>Ben, [Ad Soyad] (T.C. Kimlik No: [________]) [kurumdaki unvanım/öğrenci/çalışan] olarak [birim/sınıf] bünyesinde bulunmaktayım.</w:t>
      </w:r>
    </w:p>
    <w:p/>
    <w:p>
      <w:pPr>
        <w:jc w:val="left"/>
      </w:pPr>
      <w:r>
        <w:t>[..../..../20....] tarihinde [saat aralığı] saatleri arasında [seminer konusu] konulu bir seminerin [salon/konferans salonu/sınıf/online] ortamında [düzenlenmesi / seminerine katılım sağlanması] planlanmaktadır.</w:t>
      </w:r>
    </w:p>
    <w:p/>
    <w:p>
      <w:pPr>
        <w:jc w:val="left"/>
      </w:pPr>
      <w:r>
        <w:t>Seminerin amacı; [eğitsel bilgilendirme/mesleki gelişim/farkındalık/akademik paylaşım/diğer] olup, hedef kitle [öğrenciler/personel/veli/katılımcılar] şeklindedir. (Varsa konuşmacı: [Ad Soyad – Unvan/Kurum].)</w:t>
      </w:r>
    </w:p>
    <w:p/>
    <w:p>
      <w:pPr>
        <w:jc w:val="left"/>
      </w:pPr>
      <w:r>
        <w:t>Gerekli görülmesi hâlinde seminer programı, afiş/duyuru metni ve katılımcı listesi tarafımdan sunulacaktır.</w:t>
      </w:r>
    </w:p>
    <w:p/>
    <w:p>
      <w:pPr>
        <w:jc w:val="left"/>
      </w:pPr>
      <w:r>
        <w:t>Talep:</w:t>
      </w:r>
    </w:p>
    <w:p>
      <w:pPr>
        <w:jc w:val="left"/>
      </w:pPr>
      <w:r>
        <w:t>Yukarıda belirtilen seminerin [düzenlenmesine / seminere katılım sağlamama] izin verilmesini; gerekli onay ve işlemlerin yapılmasını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Sicil/Öğrenci No : ______</w:t>
      </w:r>
    </w:p>
    <w:p>
      <w:pPr>
        <w:jc w:val="left"/>
      </w:pPr>
      <w:r>
        <w:t>Birim/Sınıf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Seminer programı / içerik planı</w:t>
      </w:r>
    </w:p>
    <w:p>
      <w:pPr>
        <w:jc w:val="left"/>
      </w:pPr>
      <w:r>
        <w:t>2) (Varsa) Konuşmacı bilgileri / davet yazısı</w:t>
      </w:r>
    </w:p>
    <w:p>
      <w:pPr>
        <w:jc w:val="left"/>
      </w:pPr>
      <w:r>
        <w:t>3) (Varsa) Duyuru metni / afiş örneği</w:t>
      </w:r>
    </w:p>
    <w:p>
      <w:pPr>
        <w:jc w:val="left"/>
      </w:pPr>
      <w:r>
        <w:t>4) (Varsa) Katılımcı listesi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