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 / OKUL / MÜDÜRLÜK ADI]</w:t>
      </w:r>
    </w:p>
    <w:p/>
    <w:p>
      <w:pPr>
        <w:jc w:val="center"/>
      </w:pPr>
      <w:r>
        <w:t>Konu: Seminerin farklı ilçede gerçekleştirilmesi için izin/olur talebi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[kurumdaki unvanım/öğrenci/çalışan] olarak [birim/sınıf] bünyesinde bulunmaktayım.</w:t>
      </w:r>
    </w:p>
    <w:p/>
    <w:p>
      <w:pPr>
        <w:jc w:val="left"/>
      </w:pPr>
      <w:r>
        <w:t>Kurumunuz/okulumuz tarafından planlanan ve [..../..../20....] tarihinde [saat aralığı] saatleri arasında yapılması öngörülen [seminer konusu] konulu seminerin; [mevcut ilçe] yerine [yeni ilçe] ilçesinde, [mekân adı/adres] adresinde gerçekleştirilmesi planlanmaktadır.</w:t>
      </w:r>
    </w:p>
    <w:p/>
    <w:p>
      <w:pPr>
        <w:jc w:val="left"/>
      </w:pPr>
      <w:r>
        <w:t>Seminerin farklı ilçede yapılma gerekçesi: [katılımcı yoğunluğu/uygun salon bulunmaması/ulaşım kolaylığı/konuşmacının programı/kurum iş birliği/diğer].</w:t>
      </w:r>
    </w:p>
    <w:p/>
    <w:p>
      <w:pPr>
        <w:jc w:val="left"/>
      </w:pPr>
      <w:r>
        <w:t>Seminerin amacı ve içeriğinde bir değişiklik bulunmamakta olup; katılımcı listesi, seminer programı ve mekâna ilişkin bilgiler talep edilmesi hâlinde sunulacaktır.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[seminer konusu] konulu seminerin [yeni ilçe] ilçesinde gerçekleştirilmesine izin verilmesini (olur verilmesini) ve gerekli işlemlerin yapılmasını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Sicil/Öğrenci No : ______</w:t>
      </w:r>
    </w:p>
    <w:p>
      <w:pPr>
        <w:jc w:val="left"/>
      </w:pPr>
      <w:r>
        <w:t>Birim/Sınıf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Seminer programı / içerik planı</w:t>
      </w:r>
    </w:p>
    <w:p>
      <w:pPr>
        <w:jc w:val="left"/>
      </w:pPr>
      <w:r>
        <w:t>2) (Varsa) Mekân bilgileri ve rezervasyon yazısı</w:t>
      </w:r>
    </w:p>
    <w:p>
      <w:pPr>
        <w:jc w:val="left"/>
      </w:pPr>
      <w:r>
        <w:t>3) (Varsa) Katılımcı listesi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