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 / OKUL / MÜDÜRLÜK ADI]</w:t>
      </w:r>
    </w:p>
    <w:p/>
    <w:p>
      <w:pPr>
        <w:jc w:val="center"/>
      </w:pPr>
      <w:r>
        <w:t>Konu: Seminerin başka ilde alınabilmesi için izin/olur talebi</w:t>
      </w:r>
    </w:p>
    <w:p/>
    <w:p>
      <w:pPr>
        <w:jc w:val="left"/>
      </w:pPr>
      <w:r>
        <w:t>Açıklamalar:</w:t>
      </w:r>
    </w:p>
    <w:p>
      <w:pPr>
        <w:jc w:val="left"/>
      </w:pPr>
      <w:r>
        <w:t>Ben, [Ad Soyad] (T.C. Kimlik No: [________]) [kurumdaki unvanım/öğrenci/çalışan] olarak [birim/sınıf] bünyesinde bulunmaktayım.</w:t>
      </w:r>
    </w:p>
    <w:p/>
    <w:p>
      <w:pPr>
        <w:jc w:val="left"/>
      </w:pPr>
      <w:r>
        <w:t>Kurumunuz/okulumuz kapsamında alınması planlanan [seminer adı/konusu] seminerinin, [mevcut il] ili yerine [yeni il] ilinde [kurum/üniversite/merkez adı] tarafından [..../..../20....] tarihinde [saat aralığı] saatleri arasında düzenlenecek programa katılarak alınması planlanmaktadır.</w:t>
      </w:r>
    </w:p>
    <w:p/>
    <w:p>
      <w:pPr>
        <w:jc w:val="left"/>
      </w:pPr>
      <w:r>
        <w:t>Seminerin başka ilde alınma gerekçesi: [mevcut ilde program açılmaması/kontenjan doluluğu/uzman eğitmen/uygun tarih/akademik gerekçe/kurum görevlendirmesi/diğer].</w:t>
      </w:r>
    </w:p>
    <w:p/>
    <w:p>
      <w:pPr>
        <w:jc w:val="left"/>
      </w:pPr>
      <w:r>
        <w:t>Seminer içeriği, süresi ve belgelendirme şartları bakımından kurumunuzun/okulumuzun kriterlerini karşıladığı; katılım belgesi/sertifika ve program bilgilerinin seminer sonrası tarafımdan sunulacağı hususunu bilgilerinize arz ederim.</w:t>
      </w:r>
    </w:p>
    <w:p/>
    <w:p>
      <w:pPr>
        <w:jc w:val="left"/>
      </w:pPr>
      <w:r>
        <w:t>Talep:</w:t>
      </w:r>
    </w:p>
    <w:p>
      <w:pPr>
        <w:jc w:val="left"/>
      </w:pPr>
      <w:r>
        <w:t>Yukarıda arz edilen nedenlerle; [seminer adı/konusu] seminerini [yeni il] ilinde almama izin verilmesini (olur verilmesini) ve gerekli işlemlerin yapılmasını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(Varsa) Sicil/Öğrenci No : ______</w:t>
      </w:r>
    </w:p>
    <w:p>
      <w:pPr>
        <w:jc w:val="left"/>
      </w:pPr>
      <w:r>
        <w:t>Birim/Sınıf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Seminer duyurusu / program akışı</w:t>
      </w:r>
    </w:p>
    <w:p>
      <w:pPr>
        <w:jc w:val="left"/>
      </w:pPr>
      <w:r>
        <w:t>2) (Varsa) Davet yazısı / kayıt onayı</w:t>
      </w:r>
    </w:p>
    <w:p>
      <w:pPr>
        <w:jc w:val="left"/>
      </w:pPr>
      <w:r>
        <w:t>3) (Varsa) Ulaşım/konaklama planı veya görevlendirme yazısı</w:t>
      </w:r>
    </w:p>
    <w:p>
      <w:pPr>
        <w:jc w:val="left"/>
      </w:pPr>
      <w: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