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[SENDİKA ADI]</w:t>
      </w:r>
    </w:p>
    <w:p>
      <w:pPr>
        <w:jc w:val="center"/>
      </w:pPr>
      <w:r>
        <w:t>................................................. Genel Merkezine / Şube Başkanlığına</w:t>
      </w:r>
    </w:p>
    <w:p/>
    <w:p>
      <w:pPr>
        <w:jc w:val="center"/>
      </w:pPr>
      <w:r>
        <w:t>Konu: [Üyelik/Üyelikten çekilme/yardım talebi/bilgi talebi/şikâyet/diğer]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[________]) [kurum/işyeri] bünyesinde [unvan] olarak görev yapmaktayım. [SENDİKA ADI] ile ilgili olarak aşağıda belirtilen hususta işlem yapılmasını talep ederim.</w:t>
      </w:r>
    </w:p>
    <w:p/>
    <w:p>
      <w:pPr>
        <w:jc w:val="left"/>
      </w:pPr>
      <w:r>
        <w:t>[1] Talebin/başvurunun konusu: [Kısa ve net şekilde yazınız. Örn: sendika üyeliği başvurusu, üyelikten çekilme, aidat kesintisi itirazı, hukuki destek talebi, işyeri temsilcisi ile ilgili başvuru, bilgi edinme vb.]</w:t>
      </w:r>
    </w:p>
    <w:p/>
    <w:p>
      <w:pPr>
        <w:jc w:val="left"/>
      </w:pPr>
      <w:r>
        <w:t>[2] Olay/istek açıklaması: [Tarih, yer, kişi/kurum bilgileriyle birlikte detaylandırınız. Varsa daha önce yapılan başvurular ve verilen yanıtları ekleyiniz.]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[talebinizin açık sonucu] konusunda gerekli işlemlerin yapılmasını ve (varsa) tarafıma yazılı/elektronik olarak bilgi verilmesini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Sicil No / Üye No : ______</w:t>
      </w:r>
    </w:p>
    <w:p>
      <w:pPr>
        <w:jc w:val="left"/>
      </w:pPr>
      <w:r>
        <w:t>Kurum/İşyeri : ______</w:t>
      </w:r>
    </w:p>
    <w:p>
      <w:pPr>
        <w:jc w:val="left"/>
      </w:pPr>
      <w:r>
        <w:t>Unvan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Kimlik fotokopisi</w:t>
      </w:r>
    </w:p>
    <w:p>
      <w:pPr>
        <w:jc w:val="left"/>
      </w:pPr>
      <w:r>
        <w:t>2) (Varsa) Çalışma belgesi / görev yeri belgesi</w:t>
      </w:r>
    </w:p>
    <w:p>
      <w:pPr>
        <w:jc w:val="left"/>
      </w:pPr>
      <w:r>
        <w:t>3) (Varsa) Yazışmalar, tutanaklar, bordro/aidat kesintisi belgeleri</w:t>
      </w:r>
    </w:p>
    <w:p>
      <w:pPr>
        <w:jc w:val="left"/>
      </w:pPr>
      <w: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