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[KURUM ADI]</w:t>
      </w:r>
    </w:p>
    <w:p>
      <w:pPr>
        <w:jc w:val="center"/>
      </w:pPr>
      <w:r>
        <w:t>................................................. [BİRİM / MÜDÜRLÜK]</w:t>
      </w:r>
    </w:p>
    <w:p/>
    <w:p>
      <w:pPr>
        <w:jc w:val="center"/>
      </w:pPr>
      <w:r>
        <w:t>Konu: Sendika temsilciliği görevi kapsamında izin talebi</w:t>
      </w:r>
    </w:p>
    <w:p/>
    <w:p>
      <w:pPr>
        <w:jc w:val="left"/>
      </w:pPr>
      <w:r>
        <w:t>Açıklamalar:</w:t>
      </w:r>
    </w:p>
    <w:p>
      <w:pPr>
        <w:jc w:val="left"/>
      </w:pPr>
      <w:r>
        <w:t>Ben, [Ad Soyad] (T.C. Kimlik No: [________]) kurumunuzda [unvan] olarak görev yapmaktayım. [SENDİKA ADI] sendikasının [işyeri/kurum] sendika temsilcisi/temsilci yardımcısı olarak görevim bulunmaktadır.</w:t>
      </w:r>
    </w:p>
    <w:p/>
    <w:p>
      <w:pPr>
        <w:jc w:val="left"/>
      </w:pPr>
      <w:r>
        <w:t>Sendika temsilciliği görevim kapsamında; [toplantı/istişare/eğitim/üye görüşmesi/kurumlar arası görüşme/diğer] faaliyetlerine katılım sağlamam gerekmektedir.</w:t>
      </w:r>
    </w:p>
    <w:p/>
    <w:p>
      <w:pPr>
        <w:jc w:val="left"/>
      </w:pPr>
      <w:r>
        <w:t>Bu nedenle [..../..../20....] tarihinde [saat aralığı] saatleri arasında (veya [..../..../20....] – [..../..../20....] tarihleri arasında) sendikal görevim nedeniyle izinli sayılmayı talep ederim.</w:t>
      </w:r>
    </w:p>
    <w:p/>
    <w:p>
      <w:pPr>
        <w:jc w:val="left"/>
      </w:pPr>
      <w:r>
        <w:t>İzin süresince yürütmekte olduğum iş ve işlemlerin aksamaması için gerekli bilgilendirme ve devri [ilgili kişi/birim] ile yaptığımı beyan ederim.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sendika temsilciliği görevim kapsamında belirtilen tarih/saat aralığında izinli sayılmama, gerekli olur/onayın verilmesine karar verilmesini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Sicil No : ______</w:t>
      </w:r>
    </w:p>
    <w:p>
      <w:pPr>
        <w:jc w:val="left"/>
      </w:pPr>
      <w:r>
        <w:t>Kurum/Birim : ______</w:t>
      </w:r>
    </w:p>
    <w:p>
      <w:pPr>
        <w:jc w:val="left"/>
      </w:pPr>
      <w:r>
        <w:t>Unvan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Sendika temsilcilik görevlendirme yazısı</w:t>
      </w:r>
    </w:p>
    <w:p>
      <w:pPr>
        <w:jc w:val="left"/>
      </w:pPr>
      <w:r>
        <w:t>2) (Varsa) Toplantı/eğitim daveti veya programı</w:t>
      </w:r>
    </w:p>
    <w:p>
      <w:pPr>
        <w:jc w:val="left"/>
      </w:pPr>
      <w:r>
        <w:t>3)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