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SOSYAL GÜVENLİK KURUMU BAŞKANLIĞINA</w:t>
      </w:r>
    </w:p>
    <w:p>
      <w:pPr>
        <w:jc w:val="center"/>
      </w:pPr>
      <w:r>
        <w:t>................................................. [İL MÜDÜRLÜĞÜ / SOSYAL GÜVENLİK MERKEZİ]</w:t>
      </w:r>
    </w:p>
    <w:p/>
    <w:p>
      <w:pPr>
        <w:jc w:val="center"/>
      </w:pPr>
      <w:r>
        <w:t>Konu: Genç girişimci desteğinden/teşvikinden yararlanma talebi</w:t>
      </w:r>
    </w:p>
    <w:p/>
    <w:p>
      <w:pPr>
        <w:jc w:val="left"/>
      </w:pPr>
      <w:r>
        <w:t>Açıklamalar:</w:t>
      </w:r>
    </w:p>
    <w:p>
      <w:pPr>
        <w:jc w:val="left"/>
      </w:pPr>
      <w:r>
        <w:t>Ben, [Ad Soyad] (T.C. Kimlik No: [________]) [vergi dairesi adı] vergi dairesine kayıtlı [şahıs işletmesi/adi ortaklık/diğer] mükellefi olarak [..../..../20....] tarihinde faaliyetime başladım.</w:t>
      </w:r>
    </w:p>
    <w:p/>
    <w:p>
      <w:pPr>
        <w:jc w:val="left"/>
      </w:pPr>
      <w:r>
        <w:t>İlgili mevzuat kapsamında “genç girişimci” olarak prim desteği/teşviki uygulamasından yararlanmak istemekteyim. Bu kapsamda; [4/b (Bağ‑Kur) sigortalılık] tescilimin incelenerek, şartları sağladığım takdirde genç girişimci desteği/teşvikinden yararlandırılmam hususunda gereğini arz ederim.</w:t>
      </w:r>
    </w:p>
    <w:p/>
    <w:p>
      <w:pPr>
        <w:jc w:val="left"/>
      </w:pPr>
      <w:r>
        <w:t>İşletme/İşyeri Bilgileri:</w:t>
      </w:r>
    </w:p>
    <w:p>
      <w:pPr>
        <w:jc w:val="left"/>
      </w:pPr>
      <w:r>
        <w:t>İşletme Unvanı : [________]</w:t>
      </w:r>
    </w:p>
    <w:p>
      <w:pPr>
        <w:jc w:val="left"/>
      </w:pPr>
      <w:r>
        <w:t>Vergi No : [________]</w:t>
      </w:r>
    </w:p>
    <w:p>
      <w:pPr>
        <w:jc w:val="left"/>
      </w:pPr>
      <w:r>
        <w:t>Vergi Dairesi : [________]</w:t>
      </w:r>
    </w:p>
    <w:p>
      <w:pPr>
        <w:jc w:val="left"/>
      </w:pPr>
      <w:r>
        <w:t>Faaliyete Başlama Tarihi : [..../..../20....]</w:t>
      </w:r>
    </w:p>
    <w:p>
      <w:pPr>
        <w:jc w:val="left"/>
      </w:pPr>
      <w:r>
        <w:t>Adres : [________]</w:t>
      </w:r>
    </w:p>
    <w:p/>
    <w:p>
      <w:pPr>
        <w:jc w:val="left"/>
      </w:pPr>
      <w:r>
        <w:t>Talep:</w:t>
      </w:r>
    </w:p>
    <w:p>
      <w:pPr>
        <w:jc w:val="left"/>
      </w:pPr>
      <w:r>
        <w:t>Yukarıda arz edilen nedenlerle; genç girişimci desteği/teşviki kapsamında işlem yapılmasını, başvurumun değerlendirilerek sonucunun tarafıma bildirilmesini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(Varsa) SGK Sicil No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Vergi levhası / mükellefiyet yazısı</w:t>
      </w:r>
    </w:p>
    <w:p>
      <w:pPr>
        <w:jc w:val="left"/>
      </w:pPr>
      <w:r>
        <w:t>2) (Varsa) İşe başlama bildirimi / yoklama fişi</w:t>
      </w:r>
    </w:p>
    <w:p>
      <w:pPr>
        <w:jc w:val="left"/>
      </w:pPr>
      <w:r>
        <w:t>3) (Varsa) Faaliyet belgesi (oda kaydı vb.)</w:t>
      </w:r>
    </w:p>
    <w:p>
      <w:pPr>
        <w:jc w:val="left"/>
      </w:pPr>
      <w:r>
        <w:t>4) Kimlik fotokopisi</w:t>
      </w:r>
    </w:p>
    <w:p>
      <w:pPr>
        <w:jc w:val="left"/>
      </w:pPr>
      <w:r>
        <w:t>5) (Varsa) Genç girişimci uygunluk/belge çıktıları (ilgili sistem ekranı vb.)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