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SOSYAL GÜVENLİK KURUMU BAŞKANLIĞINA</w:t>
      </w:r>
    </w:p>
    <w:p>
      <w:pPr>
        <w:jc w:val="center"/>
      </w:pPr>
      <w:r>
        <w:t>................................................. [İL MÜDÜRLÜĞÜ / SOSYAL GÜVENLİK MERKEZİ]</w:t>
      </w:r>
    </w:p>
    <w:p/>
    <w:p>
      <w:pPr>
        <w:jc w:val="center"/>
      </w:pPr>
      <w:r>
        <w:t>Konu: SGK geri ödeme (iade) talebi</w:t>
      </w:r>
    </w:p>
    <w:p/>
    <w:p>
      <w:pPr>
        <w:jc w:val="left"/>
      </w:pPr>
      <w:r>
        <w:t>Başvuran : [Ad Soyad – T.C. Kimlik No – Adres – Telefon – E‑posta]</w:t>
      </w:r>
    </w:p>
    <w:p>
      <w:pPr>
        <w:jc w:val="left"/>
      </w:pPr>
      <w:r>
        <w:t>(Varsa) SGK Sicil No : [________]</w:t>
      </w:r>
    </w:p>
    <w:p>
      <w:pPr>
        <w:jc w:val="left"/>
      </w:pPr>
      <w:r>
        <w:t>(Varsa) İşyeri Sicil No / Vergi No : [________]</w:t>
      </w:r>
    </w:p>
    <w:p/>
    <w:p>
      <w:pPr>
        <w:jc w:val="left"/>
      </w:pPr>
      <w:r>
        <w:t>Açıklamalar:</w:t>
      </w:r>
    </w:p>
    <w:p>
      <w:pPr>
        <w:jc w:val="left"/>
      </w:pPr>
      <w:r>
        <w:t>[1] Kurumunuz nezdinde tarafımdan/işyerimizce yapılan ödeme/ kesinti kapsamında; [prim/idarî para cezası/sağlık gideri/katılım payı/iş göremezlik ödemesi/diğer] kalemine ilişkin olarak [..../..../20....] tarihinde [banka/ödeme kanalı] aracılığıyla [tutar] TL ödeme yapılmıştır.</w:t>
      </w:r>
    </w:p>
    <w:p/>
    <w:p>
      <w:pPr>
        <w:jc w:val="left"/>
      </w:pPr>
      <w:r>
        <w:t>[2] Söz konusu ödemenin iadesini gerektiren neden: [fazla/yersiz tahsilat, mükerrer ödeme, hatalı tahakkuk, iptal edilen borç, sehven yapılan ödeme, yanlış dönem/kod ile ödeme, mahkeme/kurum kararı, diğer].</w:t>
      </w:r>
    </w:p>
    <w:p/>
    <w:p>
      <w:pPr>
        <w:jc w:val="left"/>
      </w:pPr>
      <w:r>
        <w:t>[3] Ödemeye ilişkin bilgiler:</w:t>
      </w:r>
    </w:p>
    <w:p>
      <w:pPr>
        <w:jc w:val="left"/>
      </w:pPr>
      <w:r>
        <w:t>Ödeme Tarihi : [..../..../20....]</w:t>
      </w:r>
    </w:p>
    <w:p>
      <w:pPr>
        <w:jc w:val="left"/>
      </w:pPr>
      <w:r>
        <w:t>Ödeme Tutarı : [________] TL</w:t>
      </w:r>
    </w:p>
    <w:p>
      <w:pPr>
        <w:jc w:val="left"/>
      </w:pPr>
      <w:r>
        <w:t>Ödeme Kanalı/Banka : [________]</w:t>
      </w:r>
    </w:p>
    <w:p>
      <w:pPr>
        <w:jc w:val="left"/>
      </w:pPr>
      <w:r>
        <w:t>Dekont/Referans No : [________]</w:t>
      </w:r>
    </w:p>
    <w:p>
      <w:pPr>
        <w:jc w:val="left"/>
      </w:pPr>
      <w:r>
        <w:t>Dönem / İşlem : [.... / 20....] (varsa)</w:t>
      </w:r>
    </w:p>
    <w:p/>
    <w:p>
      <w:pPr>
        <w:jc w:val="left"/>
      </w:pPr>
      <w:r>
        <w:t>[4] İadenin yapılmasını istediğim hesap bilgileri (varsa):</w:t>
      </w:r>
    </w:p>
    <w:p>
      <w:pPr>
        <w:jc w:val="left"/>
      </w:pPr>
      <w:r>
        <w:t>Banka : [________]</w:t>
      </w:r>
    </w:p>
    <w:p>
      <w:pPr>
        <w:jc w:val="left"/>
      </w:pPr>
      <w:r>
        <w:t>IBAN : TR__ ____ ____ ____ ____ ____ ____</w:t>
      </w:r>
    </w:p>
    <w:p>
      <w:pPr>
        <w:jc w:val="left"/>
      </w:pPr>
      <w:r>
        <w:t>Hesap Sahibi : [Ad Soyad / Unvan]</w:t>
      </w:r>
    </w:p>
    <w:p/>
    <w:p>
      <w:pPr>
        <w:jc w:val="left"/>
      </w:pPr>
      <w:r>
        <w:t>Talep:</w:t>
      </w:r>
    </w:p>
    <w:p>
      <w:pPr>
        <w:jc w:val="left"/>
      </w:pPr>
      <w:r>
        <w:t>Yukarıda arz edilen nedenlerle; Kurumunuzca [fazla/yersiz/mükerrer] tahsil edilen [tutar] TL'nin tarafıma iade edilmesini, başvurumun değerlendirilerek sonucunun yazılı/elektronik olarak bildirilmesini arz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..............., .... / .... / 20....</w:t>
      </w:r>
    </w:p>
    <w:p/>
    <w:p>
      <w:pPr>
        <w:jc w:val="left"/>
      </w:pPr>
      <w:r>
        <w:t>[Başvuran]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(Varsa) SGK Sicil No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Ödeme dekontu / makbuz</w:t>
      </w:r>
    </w:p>
    <w:p>
      <w:pPr>
        <w:jc w:val="left"/>
      </w:pPr>
      <w:r>
        <w:t>2) (Varsa) Hatalı tahakkuk/borç dökümü çıktısı</w:t>
      </w:r>
    </w:p>
    <w:p>
      <w:pPr>
        <w:jc w:val="left"/>
      </w:pPr>
      <w:r>
        <w:t>3) (Varsa) İptal/karar yazısı (mahkeme/kurum yazısı vb.)</w:t>
      </w:r>
    </w:p>
    <w:p>
      <w:pPr>
        <w:jc w:val="left"/>
      </w:pPr>
      <w:r>
        <w:t>4) (Varsa) IBAN bilgisi / banka hesap bilgileri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