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SOSYAL GÜVENLİK İL/İLÇE MÜDÜRLÜĞÜNE</w:t>
      </w:r>
    </w:p>
    <w:p/>
    <w:p>
      <w:pPr>
        <w:jc w:val="center"/>
      </w:pPr>
      <w:r>
        <w:rPr>
          <w:sz w:val="22"/>
        </w:rPr>
        <w:t>Konu: SGK meslek kodu düzeltme/değişiklik talebi</w:t>
      </w:r>
    </w:p>
    <w:p/>
    <w:p>
      <w:pPr>
        <w:jc w:val="left"/>
      </w:pPr>
      <w:r>
        <w:rPr>
          <w:sz w:val="22"/>
        </w:rPr>
        <w:t>Kurumunuz kayıtlarında, [işyeri ünvanı] bünyesinde [..../..../20....] tarihinden itibaren [sigorta sicil no] sicil numarası ile çalışan olarak bildirilen meslek kodumun hatalı girildiğini tespit etmiş bulunmaktayım.</w:t>
      </w:r>
    </w:p>
    <w:p/>
    <w:p>
      <w:pPr>
        <w:jc w:val="left"/>
      </w:pPr>
      <w:r>
        <w:rPr>
          <w:sz w:val="22"/>
        </w:rPr>
        <w:t>Mevcut meslek kodu/bildirimi: [........ / ........].</w:t>
      </w:r>
    </w:p>
    <w:p/>
    <w:p>
      <w:pPr>
        <w:jc w:val="left"/>
      </w:pPr>
      <w:r>
        <w:rPr>
          <w:sz w:val="22"/>
        </w:rPr>
        <w:t>Fiilen yaptığım iş ve görev tanımım: [........]. Bu kapsamda doğru meslek kodunun [........ / ........] olarak düzeltilmesi gerekmektedir.</w:t>
      </w:r>
    </w:p>
    <w:p/>
    <w:p>
      <w:pPr>
        <w:jc w:val="left"/>
      </w:pPr>
      <w:r>
        <w:rPr>
          <w:sz w:val="22"/>
        </w:rPr>
        <w:t>İşyeri tarafından düzenlenen görev yazısı, SGK işe giriş bildirgesi/puantaj/ücret bordrosu ve varsa iş sözleşmesi gibi destekleyici belgeler ekte sunulmuştur.</w:t>
      </w:r>
    </w:p>
    <w:p/>
    <w:p>
      <w:pPr>
        <w:jc w:val="left"/>
      </w:pPr>
      <w:r>
        <w:rPr>
          <w:sz w:val="22"/>
        </w:rPr>
        <w:t>Hatalı meslek kodu bildiriminin düzeltilerek kayıtlarımın güncellenmesini ve yapılan işlemin sonucuna ilişkin tarafıma yazılı bilgilendirme yapılmasını arz ederim.</w:t>
      </w:r>
    </w:p>
    <w:p/>
    <w:p>
      <w:pPr>
        <w:jc w:val="left"/>
      </w:pPr>
      <w:r>
        <w:rPr>
          <w:sz w:val="22"/>
        </w:rPr>
        <w:t>Gereğini arz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[Başvuran/Sigortalı]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SGK Sicil No : ______</w:t>
      </w:r>
    </w:p>
    <w:p>
      <w:pPr>
        <w:jc w:val="left"/>
      </w:pPr>
      <w:r>
        <w:rPr>
          <w:sz w:val="22"/>
        </w:rPr>
        <w:t>İşyeri Ünvanı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İşe giriş bildirgesi / hizmet dökümü (varsa)</w:t>
      </w:r>
    </w:p>
    <w:p>
      <w:pPr>
        <w:jc w:val="left"/>
      </w:pPr>
      <w:r>
        <w:rPr>
          <w:sz w:val="22"/>
        </w:rPr>
        <w:t>2) Ücret bordrosu/puantaj örnekleri (varsa)</w:t>
      </w:r>
    </w:p>
    <w:p>
      <w:pPr>
        <w:jc w:val="left"/>
      </w:pPr>
      <w:r>
        <w:rPr>
          <w:sz w:val="22"/>
        </w:rPr>
        <w:t>3) İş sözleşmesi veya görev tanım yazısı (varsa)</w:t>
      </w:r>
    </w:p>
    <w:p>
      <w:pPr>
        <w:jc w:val="left"/>
      </w:pPr>
      <w:r>
        <w:rPr>
          <w:sz w:val="22"/>
        </w:rPr>
        <w:t>4) İşveren/İK tarafından düzenlenen düzeltme talep yazısı (varsa)</w:t>
      </w:r>
    </w:p>
    <w:p>
      <w:pPr>
        <w:jc w:val="left"/>
      </w:pPr>
      <w:r>
        <w:rPr>
          <w:sz w:val="22"/>
        </w:rPr>
        <w:t>5) Kimlik fotokopisi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