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SOSYAL GÜVENLİK İL/İLÇE MÜDÜRLÜĞÜNE</w:t>
      </w:r>
    </w:p>
    <w:p/>
    <w:p>
      <w:pPr>
        <w:jc w:val="center"/>
      </w:pPr>
      <w:r>
        <w:rPr>
          <w:sz w:val="22"/>
        </w:rPr>
        <w:t>Konu: [Konu başlığını yazınız]</w:t>
      </w:r>
    </w:p>
    <w:p/>
    <w:p>
      <w:pPr>
        <w:jc w:val="left"/>
      </w:pPr>
      <w:r>
        <w:rPr>
          <w:sz w:val="22"/>
        </w:rPr>
        <w:t>Kurumunuz nezdinde bulunan kayıtlarım ile ilgili olarak [talebinizin kısa açıklaması] konusunda işlem yapılmasını arz ederim.</w:t>
      </w:r>
    </w:p>
    <w:p/>
    <w:p>
      <w:pPr>
        <w:jc w:val="left"/>
      </w:pPr>
      <w:r>
        <w:rPr>
          <w:sz w:val="22"/>
        </w:rPr>
        <w:t>Başvurumun dayanağı olan bilgiler aşağıdadır:</w:t>
      </w:r>
    </w:p>
    <w:p/>
    <w:p>
      <w:pPr>
        <w:jc w:val="left"/>
      </w:pPr>
      <w:r>
        <w:rPr>
          <w:sz w:val="22"/>
        </w:rPr>
        <w:t>- Sigortalı/T.C. Kimlik No : ______</w:t>
      </w:r>
    </w:p>
    <w:p>
      <w:pPr>
        <w:jc w:val="left"/>
      </w:pPr>
      <w:r>
        <w:rPr>
          <w:sz w:val="22"/>
        </w:rPr>
        <w:t>- SGK Sicil No : ______</w:t>
      </w:r>
    </w:p>
    <w:p>
      <w:pPr>
        <w:jc w:val="left"/>
      </w:pPr>
      <w:r>
        <w:rPr>
          <w:sz w:val="22"/>
        </w:rPr>
        <w:t>- İşveren/İşyeri Ünvanı (varsa) : ______</w:t>
      </w:r>
    </w:p>
    <w:p>
      <w:pPr>
        <w:jc w:val="left"/>
      </w:pPr>
      <w:r>
        <w:rPr>
          <w:sz w:val="22"/>
        </w:rPr>
        <w:t>- İlgili dönem/tarih (varsa) : ______</w:t>
      </w:r>
    </w:p>
    <w:p>
      <w:pPr>
        <w:jc w:val="left"/>
      </w:pPr>
      <w:r>
        <w:rPr>
          <w:sz w:val="22"/>
        </w:rPr>
        <w:t>- Açıklama : ______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[Başvuran/Sigortalı]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SGK Sicil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Kimlik fotokopisi</w:t>
      </w:r>
    </w:p>
    <w:p>
      <w:pPr>
        <w:jc w:val="left"/>
      </w:pPr>
      <w:r>
        <w:rPr>
          <w:sz w:val="22"/>
        </w:rPr>
        <w:t>2) (Varsa) Hizmet dökümü / belge / yazışma / dekont</w:t>
      </w:r>
    </w:p>
    <w:p>
      <w:pPr>
        <w:jc w:val="left"/>
      </w:pPr>
      <w:r>
        <w:rPr>
          <w:sz w:val="22"/>
        </w:rPr>
        <w:t>3) (Varsa) Diğer destekleyici evraklar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