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SOSYAL GÜVENLİK İL/İLÇE MÜDÜRLÜĞÜNE</w:t>
      </w:r>
    </w:p>
    <w:p/>
    <w:p>
      <w:pPr>
        <w:jc w:val="center"/>
      </w:pPr>
      <w:r>
        <w:rPr>
          <w:sz w:val="22"/>
        </w:rPr>
        <w:t>Konu: Sehven yapılan bildirim/işlem düzeltme talebi</w:t>
      </w:r>
    </w:p>
    <w:p/>
    <w:p>
      <w:pPr>
        <w:jc w:val="left"/>
      </w:pPr>
      <w:r>
        <w:rPr>
          <w:sz w:val="22"/>
        </w:rPr>
        <w:t>Kurumunuz kayıtlarında [işyeri ünvanı] adına, [..../..../20....] tarihinde sehven (yanlışlıkla) [işlem/bildirim türü: işe giriş/işten çıkış/eksik gün/prim bildirimi/meslek kodu vb.] yapılmıştır.</w:t>
      </w:r>
    </w:p>
    <w:p/>
    <w:p>
      <w:pPr>
        <w:jc w:val="left"/>
      </w:pPr>
      <w:r>
        <w:rPr>
          <w:sz w:val="22"/>
        </w:rPr>
        <w:t>Sehven yapılan işlemin bilgileri: [belge türü / belge no / dönem / e‑bildirge ekranı / diğer].</w:t>
      </w:r>
    </w:p>
    <w:p/>
    <w:p>
      <w:pPr>
        <w:jc w:val="left"/>
      </w:pPr>
      <w:r>
        <w:rPr>
          <w:sz w:val="22"/>
        </w:rPr>
        <w:t>Doğru olması gereken bilgi/işlem: [doğru tarih / doğru işlem türü / doğru dönem / doğru kod vb.] şeklindedir.</w:t>
      </w:r>
    </w:p>
    <w:p/>
    <w:p>
      <w:pPr>
        <w:jc w:val="left"/>
      </w:pPr>
      <w:r>
        <w:rPr>
          <w:sz w:val="22"/>
        </w:rPr>
        <w:t>Bu nedenle sehven yapılan kaydın iptal edilerek/düzeltilerek doğru bilgilerle güncellenmesini, gerekli sistem düzeltmelerinin yapılmasını ve sonucundan tarafıma/işyerimize yazılı olarak bilgi verilmesini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 (İşveren/Yetkili/Sigortalı)]</w:t>
      </w:r>
    </w:p>
    <w:p>
      <w:pPr>
        <w:jc w:val="left"/>
      </w:pPr>
      <w:r>
        <w:rPr>
          <w:sz w:val="22"/>
        </w:rPr>
        <w:t>Adı Soyadı / Ünvan : ______</w:t>
      </w:r>
    </w:p>
    <w:p>
      <w:pPr>
        <w:jc w:val="left"/>
      </w:pPr>
      <w:r>
        <w:rPr>
          <w:sz w:val="22"/>
        </w:rPr>
        <w:t>T.C. Kimlik No / VKN : ______</w:t>
      </w:r>
    </w:p>
    <w:p>
      <w:pPr>
        <w:jc w:val="left"/>
      </w:pPr>
      <w:r>
        <w:rPr>
          <w:sz w:val="22"/>
        </w:rPr>
        <w:t>SGK Sicil No (varsa) : ______</w:t>
      </w:r>
    </w:p>
    <w:p>
      <w:pPr>
        <w:jc w:val="left"/>
      </w:pPr>
      <w:r>
        <w:rPr>
          <w:sz w:val="22"/>
        </w:rPr>
        <w:t>İşyeri Ünvanı (varsa) : ______</w:t>
      </w:r>
    </w:p>
    <w:p>
      <w:pPr>
        <w:jc w:val="left"/>
      </w:pPr>
      <w:r>
        <w:rPr>
          <w:sz w:val="22"/>
        </w:rPr>
        <w:t>İşyeri Sicil No (varsa)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Sehven işlem/bildirime ilişkin ekran çıktısı veya belge örneği</w:t>
      </w:r>
    </w:p>
    <w:p>
      <w:pPr>
        <w:jc w:val="left"/>
      </w:pPr>
      <w:r>
        <w:rPr>
          <w:sz w:val="22"/>
        </w:rPr>
        <w:t>2) Doğru bilgiyi gösterir belge (puantaj/bordro/sözleşme/yazı vb.)</w:t>
      </w:r>
    </w:p>
    <w:p>
      <w:pPr>
        <w:jc w:val="left"/>
      </w:pPr>
      <w:r>
        <w:rPr>
          <w:sz w:val="22"/>
        </w:rPr>
        <w:t>3) (Varsa) İşveren yetki belgesi/imza sirküleri</w:t>
      </w:r>
    </w:p>
    <w:p>
      <w:pPr>
        <w:jc w:val="left"/>
      </w:pPr>
      <w:r>
        <w:rPr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