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SOSYAL GÜVENLİK İL/İLÇE MÜDÜRLÜĞÜNE</w:t>
      </w:r>
    </w:p>
    <w:p/>
    <w:p>
      <w:pPr>
        <w:jc w:val="center"/>
      </w:pPr>
      <w:r>
        <w:rPr>
          <w:sz w:val="22"/>
        </w:rPr>
        <w:t>Konu: Yıpranma payı (fiilî hizmet süresi zammı) uygulaması / güncelleme talebi</w:t>
      </w:r>
    </w:p>
    <w:p/>
    <w:p>
      <w:pPr>
        <w:jc w:val="left"/>
      </w:pPr>
      <w:r>
        <w:rPr>
          <w:sz w:val="22"/>
        </w:rPr>
        <w:t>Kurumunuz kayıtlarında sigortalı olarak yer alan hizmetlerim içinde, fiilî hizmet süresi zammına (yıpranma payı) tabi iş/işyeri kapsamında çalıştığım dönemler bulunmaktadır.</w:t>
      </w:r>
    </w:p>
    <w:p/>
    <w:p>
      <w:pPr>
        <w:jc w:val="left"/>
      </w:pPr>
      <w:r>
        <w:rPr>
          <w:sz w:val="22"/>
        </w:rPr>
        <w:t>[..../..../20....] – [..../..../20....] tarihleri arasında [işyeri ünvanı] bünyesinde, [görev/ünvan] olarak yıpranma payına tabi [iş kolu/ünite/birim] kapsamında fiilen çalıştım. Ancak hizmet dökümümde/tescil kayıtlarımda bu dönemlere ilişkin fiilî hizmet süresi zammının eksik/yanlış işlendiğini tespit etmiş bulunmaktayım.</w:t>
      </w:r>
    </w:p>
    <w:p/>
    <w:p>
      <w:pPr>
        <w:jc w:val="left"/>
      </w:pPr>
      <w:r>
        <w:rPr>
          <w:sz w:val="22"/>
        </w:rPr>
        <w:t>Bu nedenle; ilgili dönemlere ilişkin fiilî hizmet süresi zammı kapsamında değerlendirme yapılarak yıpranma payı güncellemesinin yapılmasını, eksik/yanlış bildirimin düzeltilmesini ve sonucundan tarafıma yazılı olarak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[Başvuran/Sigortalı]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SGK Sicil No : ______</w:t>
      </w:r>
    </w:p>
    <w:p>
      <w:pPr>
        <w:jc w:val="left"/>
      </w:pPr>
      <w:r>
        <w:rPr>
          <w:sz w:val="22"/>
        </w:rPr>
        <w:t>İşyeri Ünvanı : ______</w:t>
      </w:r>
    </w:p>
    <w:p>
      <w:pPr>
        <w:jc w:val="left"/>
      </w:pPr>
      <w:r>
        <w:rPr>
          <w:sz w:val="22"/>
        </w:rPr>
        <w:t>İşyeri Sicil No (varsa)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Hizmet dökümü / SGK tescil ve hizmet kayıt çıktısı</w:t>
      </w:r>
    </w:p>
    <w:p>
      <w:pPr>
        <w:jc w:val="left"/>
      </w:pPr>
      <w:r>
        <w:rPr>
          <w:sz w:val="22"/>
        </w:rPr>
        <w:t>2) Çalışma/görev yazısı veya işyeri yazısı (varsa)</w:t>
      </w:r>
    </w:p>
    <w:p>
      <w:pPr>
        <w:jc w:val="left"/>
      </w:pPr>
      <w:r>
        <w:rPr>
          <w:sz w:val="22"/>
        </w:rPr>
        <w:t>3) Ücret bordrosu/puantaj/çalışma çizelgesi örnekleri (varsa)</w:t>
      </w:r>
    </w:p>
    <w:p>
      <w:pPr>
        <w:jc w:val="left"/>
      </w:pPr>
      <w:r>
        <w:rPr>
          <w:sz w:val="22"/>
        </w:rPr>
        <w:t>4) (Varsa) İşyeri tehlike sınıfı / birim‑ünite gösterir belge</w:t>
      </w:r>
    </w:p>
    <w:p>
      <w:pPr>
        <w:jc w:val="left"/>
      </w:pPr>
      <w:r>
        <w:rPr>
          <w:sz w:val="22"/>
        </w:rPr>
        <w:t>5)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