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[ÜNİVERSİTE ADI]</w:t>
      </w:r>
    </w:p>
    <w:p>
      <w:pPr>
        <w:jc w:val="center"/>
      </w:pPr>
      <w:r>
        <w:rPr>
          <w:sz w:val="22"/>
        </w:rPr>
        <w:t>................................................. [FAKÜLTE/YÜKSEKOKUL/MYO ADI] DEKANLIĞINA/MÜDÜRLÜĞÜNE</w:t>
      </w:r>
    </w:p>
    <w:p/>
    <w:p>
      <w:pPr>
        <w:jc w:val="center"/>
      </w:pPr>
      <w:r>
        <w:rPr>
          <w:sz w:val="22"/>
        </w:rPr>
        <w:t>Konu: Sınav kâğıdının tekrar okunması ve not inceleme talebi</w:t>
      </w:r>
    </w:p>
    <w:p/>
    <w:p>
      <w:pPr>
        <w:jc w:val="left"/>
      </w:pPr>
      <w:r>
        <w:rPr>
          <w:sz w:val="22"/>
        </w:rPr>
        <w:t>[Bölüm/Program] öğrencisi olarak [Ders Adı] dersinin [vize/final/bütünleme/mazeret] sınavına [..../..../20....] tarihinde girdim. İlan edilen notumun değerlendirme/puanlama açısından yeniden incelenmesini talep ediyorum.</w:t>
      </w:r>
    </w:p>
    <w:p/>
    <w:p>
      <w:pPr>
        <w:jc w:val="left"/>
      </w:pPr>
      <w:r>
        <w:rPr>
          <w:sz w:val="22"/>
        </w:rPr>
        <w:t>Sınav kâğıdımın tekrar okunarak; puanlamada maddi hata bulunup bulunmadığının kontrol edilmesini, varsa hatanın düzeltilmesini ve sonuç hakkında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Bölüm/Program : ______</w:t>
      </w:r>
    </w:p>
    <w:p>
      <w:pPr>
        <w:jc w:val="left"/>
      </w:pPr>
      <w:r>
        <w:rPr>
          <w:sz w:val="22"/>
        </w:rPr>
        <w:t>Ders Adı : ______</w:t>
      </w:r>
    </w:p>
    <w:p>
      <w:pPr>
        <w:jc w:val="left"/>
      </w:pPr>
      <w:r>
        <w:rPr>
          <w:sz w:val="22"/>
        </w:rPr>
        <w:t>Sınav Türü : ______</w:t>
      </w:r>
    </w:p>
    <w:p>
      <w:pPr>
        <w:jc w:val="left"/>
      </w:pPr>
      <w:r>
        <w:rPr>
          <w:sz w:val="22"/>
        </w:rPr>
        <w:t>Sınav Tarihi : ______</w:t>
      </w:r>
    </w:p>
    <w:p>
      <w:pPr>
        <w:jc w:val="left"/>
      </w:pPr>
      <w:r>
        <w:rPr>
          <w:sz w:val="22"/>
        </w:rPr>
        <w:t>İletişim (Telefon)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kimlik kartı fotokopisi (varsa)</w:t>
      </w:r>
    </w:p>
    <w:p>
      <w:pPr>
        <w:jc w:val="left"/>
      </w:pPr>
      <w:r>
        <w:rPr>
          <w:sz w:val="22"/>
        </w:rPr>
        <w:t>2) Not ilan çıktısı / ekran görüntüsü (varsa)</w:t>
      </w:r>
    </w:p>
    <w:p>
      <w:pPr>
        <w:jc w:val="left"/>
      </w:pPr>
      <w:r>
        <w:rPr>
          <w:sz w:val="22"/>
        </w:rPr>
        <w:t>3) (Varsa) İtiraz dilekçesi/başvuru formu veya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