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[KURUM/OKUL/ÜNİVERSİTE ADI]</w:t>
      </w:r>
    </w:p>
    <w:p>
      <w:pPr>
        <w:jc w:val="center"/>
      </w:pPr>
      <w:r>
        <w:rPr>
          <w:sz w:val="22"/>
        </w:rPr>
        <w:t>................................................. [BİRİM ADI]</w:t>
      </w:r>
    </w:p>
    <w:p/>
    <w:p>
      <w:pPr>
        <w:jc w:val="center"/>
      </w:pPr>
      <w:r>
        <w:rPr>
          <w:sz w:val="22"/>
        </w:rPr>
        <w:t>Konu: Sınav yerinin değiştirilmesi talebi</w:t>
      </w:r>
    </w:p>
    <w:p/>
    <w:p>
      <w:pPr>
        <w:jc w:val="left"/>
      </w:pPr>
      <w:r>
        <w:rPr>
          <w:sz w:val="22"/>
        </w:rPr>
        <w:t>[Bölüm/Sınıf/Program] [öğrenci/aday]ı olarak, [Ders/Sınav Adı] sınavına [..../..../20....] tarihinde gireceğim. Sınav yerim [mevcut bina/salon] olarak belirlenmiştir.</w:t>
      </w:r>
    </w:p>
    <w:p/>
    <w:p>
      <w:pPr>
        <w:jc w:val="left"/>
      </w:pPr>
      <w:r>
        <w:rPr>
          <w:sz w:val="22"/>
        </w:rPr>
        <w:t>[sağlık/engellilik/ulaşım/ikamet değişikliği/görevlendirme vb.] gerekçesiyle sınavı [talep edilen bina/salon/merkez]’de/gözetim koşullarında (varsa) girmem gerekmektedir. İlgili belgeler ekte sunulmuştur.</w:t>
      </w:r>
    </w:p>
    <w:p/>
    <w:p>
      <w:pPr>
        <w:jc w:val="left"/>
      </w:pPr>
      <w:r>
        <w:rPr>
          <w:sz w:val="22"/>
        </w:rPr>
        <w:t>Bu nedenle sınav yerimin uygun görülecek şekilde değiştirilmesini ve tarafıma bilgilendirme yapılmasını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Öğrenci No / Aday No : ______</w:t>
      </w:r>
    </w:p>
    <w:p>
      <w:pPr>
        <w:jc w:val="left"/>
      </w:pPr>
      <w:r>
        <w:rPr>
          <w:sz w:val="22"/>
        </w:rPr>
        <w:t>Bölüm/Program : ______</w:t>
      </w:r>
    </w:p>
    <w:p>
      <w:pPr>
        <w:jc w:val="left"/>
      </w:pPr>
      <w:r>
        <w:rPr>
          <w:sz w:val="22"/>
        </w:rPr>
        <w:t>Sınav/Ders Adı : ______</w:t>
      </w:r>
    </w:p>
    <w:p>
      <w:pPr>
        <w:jc w:val="left"/>
      </w:pPr>
      <w:r>
        <w:rPr>
          <w:sz w:val="22"/>
        </w:rPr>
        <w:t>Sınav Tarihi/Saati : ______</w:t>
      </w:r>
    </w:p>
    <w:p>
      <w:pPr>
        <w:jc w:val="left"/>
      </w:pPr>
      <w:r>
        <w:rPr>
          <w:sz w:val="22"/>
        </w:rPr>
        <w:t>Mevcut Sınav Yeri : ______</w:t>
      </w:r>
    </w:p>
    <w:p>
      <w:pPr>
        <w:jc w:val="left"/>
      </w:pPr>
      <w:r>
        <w:rPr>
          <w:sz w:val="22"/>
        </w:rPr>
        <w:t>Talep Edilen Sınav Yeri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(Varsa) Sağlık raporu/engellilik belgesi</w:t>
      </w:r>
    </w:p>
    <w:p>
      <w:pPr>
        <w:jc w:val="left"/>
      </w:pPr>
      <w:r>
        <w:rPr>
          <w:sz w:val="22"/>
        </w:rPr>
        <w:t>2) (Varsa) İkametgâh/ulaşım durumunu gösterir belge</w:t>
      </w:r>
    </w:p>
    <w:p>
      <w:pPr>
        <w:jc w:val="left"/>
      </w:pPr>
      <w:r>
        <w:rPr>
          <w:sz w:val="22"/>
        </w:rPr>
        <w:t>3) Sınav giriş belgesi/duyuru çıktısı (varsa)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