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[OKUL ADI] MÜDÜRLÜĞÜNE</w:t>
      </w:r>
    </w:p>
    <w:p/>
    <w:p>
      <w:pPr>
        <w:jc w:val="center"/>
      </w:pPr>
      <w:r>
        <w:rPr>
          <w:sz w:val="22"/>
        </w:rPr>
        <w:t>Konu: Sınava girme izni/talebi</w:t>
      </w:r>
    </w:p>
    <w:p/>
    <w:p>
      <w:pPr>
        <w:jc w:val="left"/>
      </w:pPr>
      <w:r>
        <w:rPr>
          <w:sz w:val="22"/>
        </w:rPr>
        <w:t>Okulunuz [....] sınıfında öğrenim gören öğrenciniz [Öğrenci Adı Soyadı]’nın [Ders Adı] dersine ait [yazılı/deneme/uygulama] sınavına katılmasına izin verilmesini arz ederim.</w:t>
      </w:r>
    </w:p>
    <w:p/>
    <w:p>
      <w:pPr>
        <w:jc w:val="left"/>
      </w:pPr>
      <w:r>
        <w:rPr>
          <w:sz w:val="22"/>
        </w:rPr>
        <w:t>Öğrencimizin sınava katılımı için gerekli görülen işlemlerin yapılmasını ve tarafımıza bilgi verilmesini rica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[Veli/Öğrenci]</w:t>
      </w:r>
    </w:p>
    <w:p>
      <w:pPr>
        <w:jc w:val="left"/>
      </w:pPr>
      <w:r>
        <w:rPr>
          <w:sz w:val="22"/>
        </w:rPr>
        <w:t>Veli Adı Soyadı : ______</w:t>
      </w:r>
    </w:p>
    <w:p>
      <w:pPr>
        <w:jc w:val="left"/>
      </w:pPr>
      <w:r>
        <w:rPr>
          <w:sz w:val="22"/>
        </w:rPr>
        <w:t>Öğrenci Adı Soyadı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Sınıf/Şube : ______</w:t>
      </w:r>
    </w:p>
    <w:p>
      <w:pPr>
        <w:jc w:val="left"/>
      </w:pPr>
      <w:r>
        <w:rPr>
          <w:sz w:val="22"/>
        </w:rPr>
        <w:t>Ders/Sınav Adı : ______</w:t>
      </w:r>
    </w:p>
    <w:p>
      <w:pPr>
        <w:jc w:val="left"/>
      </w:pPr>
      <w:r>
        <w:rPr>
          <w:sz w:val="22"/>
        </w:rPr>
        <w:t>Sınav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Öğrenci belgesi</w:t>
      </w:r>
    </w:p>
    <w:p>
      <w:pPr>
        <w:jc w:val="left"/>
      </w:pPr>
      <w:r>
        <w:rPr>
          <w:sz w:val="22"/>
        </w:rPr>
        <w:t>2) (Varsa) Mazeret belgesi/sağlık raporu</w:t>
      </w:r>
    </w:p>
    <w:p>
      <w:pPr>
        <w:jc w:val="left"/>
      </w:pPr>
      <w:r>
        <w:rPr>
          <w:sz w:val="22"/>
        </w:rPr>
        <w:t>3) (Varsa)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