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VALİLİĞİNE / KAYMAKAMLIĞINA</w:t>
      </w:r>
    </w:p>
    <w:p>
      <w:pPr>
        <w:jc w:val="center"/>
      </w:pPr>
      <w:r>
        <w:rPr>
          <w:sz w:val="22"/>
        </w:rPr>
        <w:t>................................................. İL EMNİYET MÜDÜRLÜĞÜNE / İLÇE EMNİYET MÜDÜRLÜĞÜNE</w:t>
      </w:r>
    </w:p>
    <w:p/>
    <w:p>
      <w:pPr>
        <w:jc w:val="center"/>
      </w:pPr>
      <w:r>
        <w:rPr>
          <w:sz w:val="22"/>
        </w:rPr>
        <w:t>Konu: Silah taşıma ruhsatı talebi</w:t>
      </w:r>
    </w:p>
    <w:p/>
    <w:p>
      <w:pPr>
        <w:jc w:val="left"/>
      </w:pPr>
      <w:r>
        <w:rPr>
          <w:sz w:val="22"/>
        </w:rPr>
        <w:t>6136 sayılı Kanun ve ilgili mevzuat kapsamında, silah taşıma ruhsatı verilmesini talep etmekteyim.</w:t>
      </w:r>
    </w:p>
    <w:p/>
    <w:p>
      <w:pPr>
        <w:jc w:val="left"/>
      </w:pPr>
      <w:r>
        <w:rPr>
          <w:sz w:val="22"/>
        </w:rPr>
        <w:t>[meslek/görev/unvan] olarak çalışmakta olup, görevimin/işimin niteliği ve kişisel güvenliğime ilişkin sebepler nedeniyle silah taşıma ruhsatına ihtiyaç duymaktayım.</w:t>
      </w:r>
    </w:p>
    <w:p/>
    <w:p>
      <w:pPr>
        <w:jc w:val="left"/>
      </w:pPr>
      <w:r>
        <w:rPr>
          <w:sz w:val="22"/>
        </w:rPr>
        <w:t>Ruhsat düzenlenmesine esas olmak üzere istenen bilgi ve belgeler ekte sunulmuş olup, hakkımda gerekli incelemenin yapılarak uygun görülmesi hâlinde tarafıma silah taşıma ruhsatı düzenlenmesini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Meslek/Unvan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Sağlık kurulu raporu / sağlık raporu</w:t>
      </w:r>
    </w:p>
    <w:p>
      <w:pPr>
        <w:jc w:val="left"/>
      </w:pPr>
      <w:r>
        <w:rPr>
          <w:sz w:val="22"/>
        </w:rPr>
        <w:t>3) Adli sicil kaydı</w:t>
      </w:r>
    </w:p>
    <w:p>
      <w:pPr>
        <w:jc w:val="left"/>
      </w:pPr>
      <w:r>
        <w:rPr>
          <w:sz w:val="22"/>
        </w:rPr>
        <w:t>4) Biyometrik fotoğraf</w:t>
      </w:r>
    </w:p>
    <w:p>
      <w:pPr>
        <w:jc w:val="left"/>
      </w:pPr>
      <w:r>
        <w:rPr>
          <w:sz w:val="22"/>
        </w:rPr>
        <w:t>5) (Varsa) meslek/görev belgesi ve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