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VALİLİĞİNE / KAYMAKAMLIĞINA</w:t>
      </w:r>
    </w:p>
    <w:p>
      <w:pPr>
        <w:jc w:val="center"/>
      </w:pPr>
      <w:r>
        <w:rPr>
          <w:sz w:val="22"/>
        </w:rPr>
        <w:t>................................................. İL EMNİYET MÜDÜRLÜĞÜNE / İLÇE EMNİYET MÜDÜRLÜĞÜNE</w:t>
      </w:r>
    </w:p>
    <w:p/>
    <w:p>
      <w:pPr>
        <w:jc w:val="center"/>
      </w:pPr>
      <w:r>
        <w:rPr>
          <w:sz w:val="22"/>
        </w:rPr>
        <w:t>Konu: Silah taşıma ruhsatı yenileme talebi</w:t>
      </w:r>
    </w:p>
    <w:p/>
    <w:p>
      <w:pPr>
        <w:jc w:val="left"/>
      </w:pPr>
      <w:r>
        <w:rPr>
          <w:sz w:val="22"/>
        </w:rPr>
        <w:t>Halen tarafıma kayıtlı bulunan silah taşıma ruhsatımın süresi dolmak üzere olduğundan / dolduğundan, 6136 sayılı Kanun ve ilgili mevzuat kapsamında ruhsatımın yenilenmesini talep etmekteyim.</w:t>
      </w:r>
    </w:p>
    <w:p/>
    <w:p>
      <w:pPr>
        <w:jc w:val="left"/>
      </w:pPr>
      <w:r>
        <w:rPr>
          <w:sz w:val="22"/>
        </w:rPr>
        <w:t>Ruhsat yenileme işlemlerine esas olmak üzere istenen bilgi ve belgeler ekte sunulmuş olup, hakkımda gerekli incelemenin yapılarak uygun görülmesi hâlinde silah taşıma ruhsatımın yenilenmesini arz ederim.</w:t>
      </w:r>
    </w:p>
    <w:p/>
    <w:p>
      <w:pPr>
        <w:jc w:val="left"/>
      </w:pPr>
      <w:r>
        <w:rPr>
          <w:sz w:val="22"/>
        </w:rPr>
        <w:t>Mevcut ruhsat bilgilerim: Ruhsat No: [______] · Düzenlenme Tarihi: [______] · Geçerlilik Süresi: [______].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Doğum Tarihi : ______</w:t>
      </w:r>
    </w:p>
    <w:p>
      <w:pPr>
        <w:jc w:val="left"/>
      </w:pPr>
      <w:r>
        <w:rPr>
          <w:sz w:val="22"/>
        </w:rPr>
        <w:t>Meslek/Unvan : ______</w:t>
      </w:r>
    </w:p>
    <w:p>
      <w:pPr>
        <w:jc w:val="left"/>
      </w:pPr>
      <w:r>
        <w:rPr>
          <w:sz w:val="22"/>
        </w:rPr>
        <w:t>Mevcut Ruhsat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E-posta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Kimlik fotokopisi</w:t>
      </w:r>
    </w:p>
    <w:p>
      <w:pPr>
        <w:jc w:val="left"/>
      </w:pPr>
      <w:r>
        <w:rPr>
          <w:sz w:val="22"/>
        </w:rPr>
        <w:t>2) Mevcut ruhsat fotokopisi</w:t>
      </w:r>
    </w:p>
    <w:p>
      <w:pPr>
        <w:jc w:val="left"/>
      </w:pPr>
      <w:r>
        <w:rPr>
          <w:sz w:val="22"/>
        </w:rPr>
        <w:t>3) Sağlık kurulu raporu / sağlık raporu</w:t>
      </w:r>
    </w:p>
    <w:p>
      <w:pPr>
        <w:jc w:val="left"/>
      </w:pPr>
      <w:r>
        <w:rPr>
          <w:sz w:val="22"/>
        </w:rPr>
        <w:t>4) Adli sicil kaydı</w:t>
      </w:r>
    </w:p>
    <w:p>
      <w:pPr>
        <w:jc w:val="left"/>
      </w:pPr>
      <w:r>
        <w:rPr>
          <w:sz w:val="22"/>
        </w:rPr>
        <w:t>5) Biyometrik fotoğraf</w:t>
      </w:r>
    </w:p>
    <w:p>
      <w:pPr>
        <w:jc w:val="left"/>
      </w:pPr>
      <w:r>
        <w:rPr>
          <w:sz w:val="22"/>
        </w:rPr>
        <w:t>6) (Varsa) meslek/görev belgesi ve diğer destekleyici evraklar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