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VALİLİĞİNE / KAYMAKAMLIĞINA</w:t>
      </w:r>
    </w:p>
    <w:p>
      <w:pPr>
        <w:jc w:val="center"/>
      </w:pPr>
      <w:r>
        <w:rPr>
          <w:sz w:val="22"/>
        </w:rPr>
        <w:t>................................................. İL EMNİYET MÜDÜRLÜĞÜNE / İLÇE EMNİYET MÜDÜRLÜĞÜNE</w:t>
      </w:r>
    </w:p>
    <w:p/>
    <w:p>
      <w:pPr>
        <w:jc w:val="center"/>
      </w:pPr>
      <w:r>
        <w:rPr>
          <w:sz w:val="22"/>
        </w:rPr>
        <w:t>Konu: Silah yol belgesi talebi</w:t>
      </w:r>
    </w:p>
    <w:p/>
    <w:p>
      <w:pPr>
        <w:jc w:val="left"/>
      </w:pPr>
      <w:r>
        <w:rPr>
          <w:sz w:val="22"/>
        </w:rPr>
        <w:t>Tarafıma ait ruhsatlı silahın [nakil/devir/satış/bakım-onarım/ikamet değişikliği] nedeniyle [bulunduğu yer] adresinden [gideceği yer] adresine usulüne uygun şekilde taşınabilmesi için silah yol belgesi düzenlenmesini talep etmekteyim.</w:t>
      </w:r>
    </w:p>
    <w:p/>
    <w:p>
      <w:pPr>
        <w:jc w:val="left"/>
      </w:pPr>
      <w:r>
        <w:rPr>
          <w:sz w:val="22"/>
        </w:rPr>
        <w:t>Silaha ait bilgiler aşağıdadır: Marka/Model: [______] · Cinsi: [______] · Seri No: [______] · Ruhsat No: [______].</w:t>
      </w:r>
    </w:p>
    <w:p/>
    <w:p>
      <w:pPr>
        <w:jc w:val="left"/>
      </w:pPr>
      <w:r>
        <w:rPr>
          <w:sz w:val="22"/>
        </w:rPr>
        <w:t>Yol belgesi düzenlenmesine esas bilgi ve belgeler ekte sunulmuş olup, gerekli incelemenin yapılarak uygun görülmesi hâlinde tarafıma silah yol belgesi verilmesini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Ruhsat No : ______</w:t>
      </w:r>
    </w:p>
    <w:p>
      <w:pPr>
        <w:jc w:val="left"/>
      </w:pPr>
      <w:r>
        <w:rPr>
          <w:sz w:val="22"/>
        </w:rPr>
        <w:t>Taşınacak Güzergâh / Adres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E-posta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Kimlik fotokopisi</w:t>
      </w:r>
    </w:p>
    <w:p>
      <w:pPr>
        <w:jc w:val="left"/>
      </w:pPr>
      <w:r>
        <w:rPr>
          <w:sz w:val="22"/>
        </w:rPr>
        <w:t>2) Ruhsat fotokopisi</w:t>
      </w:r>
    </w:p>
    <w:p>
      <w:pPr>
        <w:jc w:val="left"/>
      </w:pPr>
      <w:r>
        <w:rPr>
          <w:sz w:val="22"/>
        </w:rPr>
        <w:t>3) Silaha ait belge/fatura/devir evrakı (varsa)</w:t>
      </w:r>
    </w:p>
    <w:p>
      <w:pPr>
        <w:jc w:val="left"/>
      </w:pPr>
      <w:r>
        <w:rPr>
          <w:sz w:val="22"/>
        </w:rPr>
        <w:t>4) (Varsa) bakım-onarım, satış veya nakil gerekçesini gösterir belge</w:t>
      </w:r>
    </w:p>
    <w:p>
      <w:pPr>
        <w:jc w:val="left"/>
      </w:pPr>
      <w:r>
        <w:rPr>
          <w:sz w:val="22"/>
        </w:rPr>
        <w:t>5) Diğer destekleyici evraklar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