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[OKUL ADI] MÜDÜRLÜĞÜNE</w:t>
      </w:r>
    </w:p>
    <w:p/>
    <w:p>
      <w:pPr>
        <w:jc w:val="center"/>
      </w:pPr>
      <w:r>
        <w:rPr>
          <w:sz w:val="22"/>
        </w:rPr>
        <w:t>Konu: Sınava katılamama mazereti ve değerlendirme talebi</w:t>
      </w:r>
    </w:p>
    <w:p/>
    <w:p>
      <w:pPr>
        <w:jc w:val="left"/>
      </w:pPr>
      <w:r>
        <w:rPr>
          <w:sz w:val="22"/>
        </w:rPr>
        <w:t>Okulunuz [____] sınıfı [____] şubesinde öğrenim gören öğrenciniz [Öğrenci Adı Soyadı], [Ders/Sınav Adı] sınavına [..../..../20....] tarihinde [sağlık/mazeret/ailevi nedenler/resmî görev vb.] sebebiyle katılamamıştır.</w:t>
      </w:r>
    </w:p>
    <w:p/>
    <w:p>
      <w:pPr>
        <w:jc w:val="left"/>
      </w:pPr>
      <w:r>
        <w:rPr>
          <w:sz w:val="22"/>
        </w:rPr>
        <w:t>Sınava katılamama nedenine ilişkin belgeler ekte sunulmuş olup, öğrencimizin mazeretinin değerlendirilerek uygun görülmesi hâlinde mazeret sınavına alınmasını / gerekli işlemlerin yapılmasını talep ederim.</w:t>
      </w:r>
    </w:p>
    <w:p/>
    <w:p>
      <w:pPr>
        <w:jc w:val="left"/>
      </w:pPr>
      <w:r>
        <w:rPr>
          <w:sz w:val="22"/>
        </w:rPr>
        <w:t>Tarafımıza sonuç hakkında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[Veli/Öğrenci]</w:t>
      </w:r>
    </w:p>
    <w:p>
      <w:pPr>
        <w:jc w:val="left"/>
      </w:pPr>
      <w:r>
        <w:rPr>
          <w:sz w:val="22"/>
        </w:rPr>
        <w:t>Veli Adı Soyadı : ______</w:t>
      </w:r>
    </w:p>
    <w:p>
      <w:pPr>
        <w:jc w:val="left"/>
      </w:pPr>
      <w:r>
        <w:rPr>
          <w:sz w:val="22"/>
        </w:rPr>
        <w:t>Öğrenci Adı Soyadı : ______</w:t>
      </w:r>
    </w:p>
    <w:p>
      <w:pPr>
        <w:jc w:val="left"/>
      </w:pPr>
      <w:r>
        <w:rPr>
          <w:sz w:val="22"/>
        </w:rPr>
        <w:t>Öğrenci No : ______</w:t>
      </w:r>
    </w:p>
    <w:p>
      <w:pPr>
        <w:jc w:val="left"/>
      </w:pPr>
      <w:r>
        <w:rPr>
          <w:sz w:val="22"/>
        </w:rPr>
        <w:t>Sınıf/Şube : ______</w:t>
      </w:r>
    </w:p>
    <w:p>
      <w:pPr>
        <w:jc w:val="left"/>
      </w:pPr>
      <w:r>
        <w:rPr>
          <w:sz w:val="22"/>
        </w:rPr>
        <w:t>Ders/Sınav Adı : ______</w:t>
      </w:r>
    </w:p>
    <w:p>
      <w:pPr>
        <w:jc w:val="left"/>
      </w:pPr>
      <w:r>
        <w:rPr>
          <w:sz w:val="22"/>
        </w:rPr>
        <w:t>Sınav Tarihi : ______</w:t>
      </w:r>
    </w:p>
    <w:p>
      <w:pPr>
        <w:jc w:val="left"/>
      </w:pPr>
      <w:r>
        <w:rPr>
          <w:sz w:val="22"/>
        </w:rPr>
        <w:t>Mazeret Nedeni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Mazereti gösterir belge/sağlık raporu (varsa)</w:t>
      </w:r>
    </w:p>
    <w:p>
      <w:pPr>
        <w:jc w:val="left"/>
      </w:pPr>
      <w:r>
        <w:rPr>
          <w:sz w:val="22"/>
        </w:rPr>
        <w:t>2) Öğrenci belgesi veya öğrenci kimlik fotokopisi (varsa)</w:t>
      </w:r>
    </w:p>
    <w:p>
      <w:pPr>
        <w:jc w:val="left"/>
      </w:pPr>
      <w:r>
        <w:rPr>
          <w:sz w:val="22"/>
        </w:rPr>
        <w:t>3) (Varsa)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