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BELEDİYE BAŞKANLIĞINA /</w:t>
      </w:r>
    </w:p>
    <w:p>
      <w:pPr>
        <w:jc w:val="center"/>
      </w:pPr>
      <w:r>
        <w:rPr>
          <w:sz w:val="22"/>
        </w:rPr>
        <w:t>................................................. ELEKTRİK DAĞITIM ŞİRKETİ MÜDÜRLÜĞÜNE</w:t>
      </w:r>
    </w:p>
    <w:p/>
    <w:p>
      <w:pPr>
        <w:jc w:val="center"/>
      </w:pPr>
      <w:r>
        <w:rPr>
          <w:sz w:val="22"/>
        </w:rPr>
        <w:t>Konu: Sokak aydınlatması yapılması talebi</w:t>
      </w:r>
    </w:p>
    <w:p/>
    <w:p>
      <w:pPr>
        <w:jc w:val="left"/>
      </w:pPr>
      <w:r>
        <w:rPr>
          <w:sz w:val="22"/>
        </w:rPr>
        <w:t>[mahalle/sokak/cadde adı] mevkiinde bulunan yol/sokak üzerinde yeterli aydınlatma bulunmaması nedeniyle özellikle akşam ve gece saatlerinde güvenlik ve ulaşım açısından ciddi sorunlar yaşanmaktadır.</w:t>
      </w:r>
    </w:p>
    <w:p/>
    <w:p>
      <w:pPr>
        <w:jc w:val="left"/>
      </w:pPr>
      <w:r>
        <w:rPr>
          <w:sz w:val="22"/>
        </w:rPr>
        <w:t>Söz konusu bölgede yetersiz aydınlatma; yayalar, öğrenciler, yaşlılar ve araç sürücüleri açısından risk oluşturmakta, ayrıca çevre güvenliğini olumsuz etkilemektedir.</w:t>
      </w:r>
    </w:p>
    <w:p/>
    <w:p>
      <w:pPr>
        <w:jc w:val="left"/>
      </w:pPr>
      <w:r>
        <w:rPr>
          <w:sz w:val="22"/>
        </w:rPr>
        <w:t>Bu nedenle, belirtilen sokak/cadde üzerinde gerekli incelemenin yapılarak uygun sayıda aydınlatma direği/lambası kurulmasını veya mevcut aydınlatmaların güçlendirilmesini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Mahalle / Sokak / Cadde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E-posta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(Varsa) Sokak/caddeye ait fotoğraflar</w:t>
      </w:r>
    </w:p>
    <w:p>
      <w:pPr>
        <w:jc w:val="left"/>
      </w:pPr>
      <w:r>
        <w:rPr>
          <w:sz w:val="22"/>
        </w:rPr>
        <w:t>2) (Varsa) Konum bilgisi / kroki</w:t>
      </w:r>
    </w:p>
    <w:p>
      <w:pPr>
        <w:jc w:val="left"/>
      </w:pPr>
      <w:r>
        <w:rPr>
          <w:sz w:val="22"/>
        </w:rPr>
        <w:t>3) (Varsa) Mahalle sakinlerinin imza listesi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