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BELEDİYE BAŞKANLIĞINA /</w:t>
      </w:r>
    </w:p>
    <w:p>
      <w:pPr>
        <w:jc w:val="center"/>
      </w:pPr>
      <w:r>
        <w:rPr>
          <w:sz w:val="22"/>
        </w:rPr>
        <w:t>................................................. VETERİNER İŞLERİ MÜDÜRLÜĞÜNE</w:t>
      </w:r>
    </w:p>
    <w:p/>
    <w:p>
      <w:pPr>
        <w:jc w:val="center"/>
      </w:pPr>
      <w:r>
        <w:rPr>
          <w:sz w:val="22"/>
        </w:rPr>
        <w:t>Konu: Sokak hayvanlarıyla ilgili inceleme ve destek talebi</w:t>
      </w:r>
    </w:p>
    <w:p/>
    <w:p>
      <w:pPr>
        <w:jc w:val="left"/>
      </w:pPr>
      <w:r>
        <w:rPr>
          <w:sz w:val="22"/>
        </w:rPr>
        <w:t>[mahalle/sokak/cadde adı] mevkiinde bulunan sokak hayvanlarıyla ilgili olarak belediyenize/veteriner işleri müdürlüğüne başvuru yapma ihtiyacı doğmuştur.</w:t>
      </w:r>
    </w:p>
    <w:p/>
    <w:p>
      <w:pPr>
        <w:jc w:val="left"/>
      </w:pPr>
      <w:r>
        <w:rPr>
          <w:sz w:val="22"/>
        </w:rPr>
        <w:t>Bölgede bulunan sokak hayvanlarının [beslenme, barınma, tedavi, kısırlaştırma, aşılama, yaralı hayvan müdahalesi, saldırgan hayvan incelemesi vb.] konusunda desteğe ihtiyaç duyduğu görülmektedir.</w:t>
      </w:r>
    </w:p>
    <w:p/>
    <w:p>
      <w:pPr>
        <w:jc w:val="left"/>
      </w:pPr>
      <w:r>
        <w:rPr>
          <w:sz w:val="22"/>
        </w:rPr>
        <w:t>Söz konusu bölgede gerekli incelemenin yapılarak uygun müdahalenin sağlanmasını, ilgili birimlerin yönlendirilmesini ve sonuç hakkında tarafıma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Mahalle / Sokak / Cadde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Fotoğraf veya video görüntüleri</w:t>
      </w:r>
    </w:p>
    <w:p>
      <w:pPr>
        <w:jc w:val="left"/>
      </w:pPr>
      <w:r>
        <w:rPr>
          <w:sz w:val="22"/>
        </w:rPr>
        <w:t>2) (Varsa) Konum bilgisi / kroki</w:t>
      </w:r>
    </w:p>
    <w:p>
      <w:pPr>
        <w:jc w:val="left"/>
      </w:pPr>
      <w:r>
        <w:rPr>
          <w:sz w:val="22"/>
        </w:rPr>
        <w:t>3) (Varsa) Mahalle sakinlerinin imza listesi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