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[OKUL ADI] MÜDÜRLÜĞÜNE</w:t>
      </w:r>
    </w:p>
    <w:p/>
    <w:p>
      <w:pPr>
        <w:jc w:val="center"/>
      </w:pPr>
      <w:r>
        <w:rPr>
          <w:sz w:val="22"/>
        </w:rPr>
        <w:t>Konu: Sorumluluk sınavına girme talebi</w:t>
      </w:r>
    </w:p>
    <w:p/>
    <w:p>
      <w:pPr>
        <w:jc w:val="left"/>
      </w:pPr>
      <w:r>
        <w:rPr>
          <w:sz w:val="22"/>
        </w:rPr>
        <w:t>Okulunuz [sınıf/şube] öğrencisi olarak, başarısız olduğum / sorumlu geçtiğim [ders adı] dersine ait sorumluluk sınavına katılmak istiyorum.</w:t>
      </w:r>
    </w:p>
    <w:p/>
    <w:p>
      <w:pPr>
        <w:jc w:val="left"/>
      </w:pPr>
      <w:r>
        <w:rPr>
          <w:sz w:val="22"/>
        </w:rPr>
        <w:t>İlgili mevzuat ve okulunuzca belirlenen sınav takvimi kapsamında, sorumluluk sınavına alınmam hususunda gerekli işlemlerin yapılmasını arz ederim.</w:t>
      </w:r>
    </w:p>
    <w:p/>
    <w:p>
      <w:pPr>
        <w:jc w:val="left"/>
      </w:pPr>
      <w:r>
        <w:rPr>
          <w:sz w:val="22"/>
        </w:rPr>
        <w:t>Tarafıma sınav tarihi, saati ve yeri hakkında bilgi verilmesini rica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 / Veli]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Sınıf/Şube : ______</w:t>
      </w:r>
    </w:p>
    <w:p>
      <w:pPr>
        <w:jc w:val="left"/>
      </w:pPr>
      <w:r>
        <w:rPr>
          <w:sz w:val="22"/>
        </w:rPr>
        <w:t>Ders Adı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Öğrenci belgesi</w:t>
      </w:r>
    </w:p>
    <w:p>
      <w:pPr>
        <w:jc w:val="left"/>
      </w:pPr>
      <w:r>
        <w:rPr>
          <w:sz w:val="22"/>
        </w:rPr>
        <w:t>2) (Varsa) Not dökümü / karne fotokopisi</w:t>
      </w:r>
    </w:p>
    <w:p>
      <w:pPr>
        <w:jc w:val="left"/>
      </w:pPr>
      <w:r>
        <w:rPr>
          <w:sz w:val="22"/>
        </w:rPr>
        <w:t>3)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