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YARDIMLAŞMA VE DAYANIŞMA VAKFI BAŞKANLIĞINA</w:t>
      </w:r>
    </w:p>
    <w:p/>
    <w:p>
      <w:pPr>
        <w:jc w:val="center"/>
      </w:pPr>
      <w:r>
        <w:rPr>
          <w:sz w:val="22"/>
        </w:rPr>
        <w:t>Konu: [Sosyal yardım / destek başvurusu konusu]</w:t>
      </w:r>
    </w:p>
    <w:p/>
    <w:p>
      <w:pPr>
        <w:jc w:val="left"/>
      </w:pPr>
      <w:r>
        <w:rPr>
          <w:sz w:val="22"/>
        </w:rPr>
        <w:t>Ekonomik ve sosyal durumum nedeniyle Vakfınıza [nakdi yardım / gıda yardımı / yakacak yardımı / eğitim yardımı / sağlık yardımı / diğer sosyal destek] kapsamında başvuru yapma ihtiyacım doğmuştur.</w:t>
      </w:r>
    </w:p>
    <w:p/>
    <w:p>
      <w:pPr>
        <w:jc w:val="left"/>
      </w:pPr>
      <w:r>
        <w:rPr>
          <w:sz w:val="22"/>
        </w:rPr>
        <w:t>Gelir durumum, aile yapım ve yaşam koşullarım dikkate alındığında yardım desteğine ihtiyaç duymaktayım. İçinde bulunduğum duruma ilişkin bilgi ve belgeler ekte sunulmuştur.</w:t>
      </w:r>
    </w:p>
    <w:p/>
    <w:p>
      <w:pPr>
        <w:jc w:val="left"/>
      </w:pPr>
      <w:r>
        <w:rPr>
          <w:sz w:val="22"/>
        </w:rPr>
        <w:t>Bu nedenle durumumun değerlendirilerek tarafıma uygun görülecek sosyal yardım ve desteklerin sağlanmasını, gerekli sosyal incelemenin yapılmasını ve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Ailedeki Kişi Sayısı : ______</w:t>
      </w:r>
    </w:p>
    <w:p>
      <w:pPr>
        <w:jc w:val="left"/>
      </w:pPr>
      <w:r>
        <w:rPr>
          <w:sz w:val="22"/>
        </w:rPr>
        <w:t>Aylık Gelir Durumu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Fakirlik belgesi / gelir durumunu gösterir belge (varsa)</w:t>
      </w:r>
    </w:p>
    <w:p>
      <w:pPr>
        <w:jc w:val="left"/>
      </w:pPr>
      <w:r>
        <w:rPr>
          <w:sz w:val="22"/>
        </w:rPr>
        <w:t>3) İkametgâh belgesi</w:t>
      </w:r>
    </w:p>
    <w:p>
      <w:pPr>
        <w:jc w:val="left"/>
      </w:pPr>
      <w:r>
        <w:rPr>
          <w:sz w:val="22"/>
        </w:rPr>
        <w:t>4) (Varsa) Sağlık raporu / öğrenci belgesi /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