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[SPOR KULÜBÜ ADI] BAŞKANLIĞINA</w:t>
      </w:r>
    </w:p>
    <w:p/>
    <w:p>
      <w:pPr>
        <w:jc w:val="center"/>
      </w:pPr>
      <w:r>
        <w:rPr>
          <w:sz w:val="22"/>
        </w:rPr>
        <w:t>Konu: Spor kulübü üyelik başvurusu</w:t>
      </w:r>
    </w:p>
    <w:p/>
    <w:p>
      <w:pPr>
        <w:jc w:val="left"/>
      </w:pPr>
      <w:r>
        <w:rPr>
          <w:sz w:val="22"/>
        </w:rPr>
        <w:t>[spor branşı/branşları] ile ilgilenmekte olup, kulübünüz bünyesinde faaliyetlere katılmak ve kulüp üyeliğine kabul edilmek istemekteyim.</w:t>
      </w:r>
    </w:p>
    <w:p/>
    <w:p>
      <w:pPr>
        <w:jc w:val="left"/>
      </w:pPr>
      <w:r>
        <w:rPr>
          <w:sz w:val="22"/>
        </w:rPr>
        <w:t>Kulüp tüzüğü, üyelik şartları ve ilgili yükümlülükleri kabul ettiğimi; istenen bilgi ve belgeleri eksiksiz olarak sunduğumu beyan ederim.</w:t>
      </w:r>
    </w:p>
    <w:p/>
    <w:p>
      <w:pPr>
        <w:jc w:val="left"/>
      </w:pPr>
      <w:r>
        <w:rPr>
          <w:sz w:val="22"/>
        </w:rPr>
        <w:t>Bu nedenle, başvurumun değerlendirilerek [SPOR KULÜBÜ ADI] üyeliğine kabulüm hususunda gereğinin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İlgilenilen Spor Branşı : ______</w:t>
      </w:r>
    </w:p>
    <w:p>
      <w:pPr>
        <w:jc w:val="left"/>
      </w:pPr>
      <w:r>
        <w:rPr>
          <w:sz w:val="22"/>
        </w:rPr>
        <w:t>(Varsa) Lisans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Vesikalık fotoğraf (varsa)</w:t>
      </w:r>
    </w:p>
    <w:p>
      <w:pPr>
        <w:jc w:val="left"/>
      </w:pPr>
      <w:r>
        <w:rPr>
          <w:sz w:val="22"/>
        </w:rPr>
        <w:t>3) Sağlık raporu (varsa)</w:t>
      </w:r>
    </w:p>
    <w:p>
      <w:pPr>
        <w:jc w:val="left"/>
      </w:pPr>
      <w:r>
        <w:rPr>
          <w:sz w:val="22"/>
        </w:rPr>
        <w:t>4) (Varsa) Sporcu lisansı / önceki kulüp ilişik kesme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