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ANKARA</w:t>
      </w:r>
    </w:p>
    <w:p>
      <w:pPr>
        <w:jc w:val="center"/>
      </w:pPr>
      <w:r>
        <w:rPr>
          <w:sz w:val="22"/>
        </w:rPr>
        <w:t>SOSYAL GÜVENLİK KURUMU BAŞKANLIĞI</w:t>
      </w:r>
    </w:p>
    <w:p>
      <w:pPr>
        <w:jc w:val="center"/>
      </w:pPr>
      <w:r>
        <w:rPr>
          <w:sz w:val="22"/>
        </w:rPr>
        <w:t>ANKARA SAĞLIK SOSYAL GÜVENLİK MERKEZİ MÜDÜRLÜĞÜNE</w:t>
      </w:r>
    </w:p>
    <w:p/>
    <w:p>
      <w:pPr>
        <w:jc w:val="center"/>
      </w:pPr>
      <w:r>
        <w:rPr>
          <w:sz w:val="22"/>
        </w:rPr>
        <w:t>Konu: Statik IP bildirim / değişiklik / ekleme talebi</w:t>
      </w:r>
    </w:p>
    <w:p/>
    <w:p>
      <w:pPr>
        <w:jc w:val="left"/>
      </w:pPr>
      <w:r>
        <w:rPr>
          <w:sz w:val="22"/>
        </w:rPr>
        <w:t>Kurumunuz ile sözleşmeli [eczane / optik / sağlık hizmet sunucusu / satış merkezi] olarak faaliyet göstermekteyiz. MEDULA ve ilgili SGK uygulamalarına erişimde kullanılacak statik (sabit) IP bilgilerimizin sisteme tanımlanması / güncellenmesi ihtiyacı doğmuştur.</w:t>
      </w:r>
    </w:p>
    <w:p/>
    <w:p>
      <w:pPr>
        <w:jc w:val="left"/>
      </w:pPr>
      <w:r>
        <w:rPr>
          <w:sz w:val="22"/>
        </w:rPr>
        <w:t>Bu kapsamda, işyerimize ait aşağıdaki statik IP adreslerinin Kurum kayıtlarına işlenmesini ve gerekli tanımlama/değişiklik işlemlerinin yapılmasını talep ederiz.</w:t>
      </w:r>
    </w:p>
    <w:p/>
    <w:p>
      <w:pPr>
        <w:jc w:val="left"/>
      </w:pPr>
      <w:r>
        <w:rPr>
          <w:sz w:val="22"/>
        </w:rPr>
        <w:t>Merkez Statik IP No 1 : ______</w:t>
      </w:r>
    </w:p>
    <w:p>
      <w:pPr>
        <w:jc w:val="left"/>
      </w:pPr>
      <w:r>
        <w:rPr>
          <w:sz w:val="22"/>
        </w:rPr>
        <w:t>Merkez Statik IP No 2 : ______</w:t>
      </w:r>
    </w:p>
    <w:p>
      <w:pPr>
        <w:jc w:val="left"/>
      </w:pPr>
      <w:r>
        <w:rPr>
          <w:sz w:val="22"/>
        </w:rPr>
        <w:t>Merkez Statik IP No 3 : ______</w:t>
      </w:r>
    </w:p>
    <w:p/>
    <w:p>
      <w:pPr>
        <w:jc w:val="left"/>
      </w:pPr>
      <w:r>
        <w:rPr>
          <w:sz w:val="22"/>
        </w:rPr>
        <w:t>İşbu dilekçede bildirilen IP adresleri işyerimize ait olup, SGK sistemleri ile yapılacak işlemlerde yalnızca bu adresler kullanılacaktır. Gerekli görülmesi hâlinde destekleyici belge ve servis sağlayıcı kayıtları ayrıca sunulacaktır.</w:t>
      </w:r>
    </w:p>
    <w:p/>
    <w:p>
      <w:pPr>
        <w:jc w:val="left"/>
      </w:pPr>
      <w:r>
        <w:rPr>
          <w:sz w:val="22"/>
        </w:rPr>
        <w:t>Gereğini arz ederiz.</w:t>
      </w:r>
    </w:p>
    <w:p/>
    <w:p>
      <w:pPr>
        <w:jc w:val="left"/>
      </w:pPr>
      <w:r>
        <w:rPr>
          <w:sz w:val="22"/>
        </w:rPr>
        <w:t>Ankara, .... / .... / 20....</w:t>
      </w:r>
    </w:p>
    <w:p/>
    <w:p>
      <w:pPr>
        <w:jc w:val="left"/>
      </w:pPr>
      <w:r>
        <w:rPr>
          <w:sz w:val="22"/>
        </w:rPr>
        <w:t>[İşveren / Yetkili]</w:t>
      </w:r>
    </w:p>
    <w:p>
      <w:pPr>
        <w:jc w:val="left"/>
      </w:pPr>
      <w:r>
        <w:rPr>
          <w:sz w:val="22"/>
        </w:rPr>
        <w:t>İşyeri Ünvanı : ______</w:t>
      </w:r>
    </w:p>
    <w:p>
      <w:pPr>
        <w:jc w:val="left"/>
      </w:pPr>
      <w:r>
        <w:rPr>
          <w:sz w:val="22"/>
        </w:rPr>
        <w:t>Tesis / Kurum Kodu : ______</w:t>
      </w:r>
    </w:p>
    <w:p>
      <w:pPr>
        <w:jc w:val="left"/>
      </w:pPr>
      <w:r>
        <w:rPr>
          <w:sz w:val="22"/>
        </w:rPr>
        <w:t>Yetkili Adı Soyadı : ______</w:t>
      </w:r>
    </w:p>
    <w:p>
      <w:pPr>
        <w:jc w:val="left"/>
      </w:pPr>
      <w:r>
        <w:rPr>
          <w:sz w:val="22"/>
        </w:rPr>
        <w:t>T.C. Kimlik No / VKN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Kaşe / 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Statik IP bilgilerini gösterir servis sağlayıcı belgesi (varsa)</w:t>
      </w:r>
    </w:p>
    <w:p>
      <w:pPr>
        <w:jc w:val="left"/>
      </w:pPr>
      <w:r>
        <w:rPr>
          <w:sz w:val="22"/>
        </w:rPr>
        <w:t>2) Kurum/işyeri yetki belgesi veya imza sirküleri (varsa)</w:t>
      </w:r>
    </w:p>
    <w:p>
      <w:pPr>
        <w:jc w:val="left"/>
      </w:pPr>
      <w:r>
        <w:rPr>
          <w:sz w:val="22"/>
        </w:rPr>
        <w:t>3) SGK sözleşme / tesis kodu bilgisi (varsa)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