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CEZA MAHKEMESİNE</w:t>
      </w:r>
    </w:p>
    <w:p/>
    <w:p>
      <w:pPr>
        <w:jc w:val="center"/>
      </w:pPr>
      <w:r>
        <w:rPr>
          <w:sz w:val="22"/>
        </w:rPr>
        <w:t>Konu: [başvuru / talep / açıklama konusu]</w:t>
      </w:r>
    </w:p>
    <w:p/>
    <w:p>
      <w:pPr>
        <w:jc w:val="left"/>
      </w:pPr>
      <w:r>
        <w:rPr>
          <w:sz w:val="22"/>
        </w:rPr>
        <w:t>Mahkemenizde görülmekte olan / görülecek olan [dosya numarası veya başvuru konusu] kapsamında, aşağıda açıkladığım nedenlerle başvuruda bulunma ihtiyacım doğmuştur.</w:t>
      </w:r>
    </w:p>
    <w:p/>
    <w:p>
      <w:pPr>
        <w:jc w:val="left"/>
      </w:pPr>
      <w:r>
        <w:rPr>
          <w:sz w:val="22"/>
        </w:rPr>
        <w:t>Olayın özeti: [olayın tarihi, taraflar, mevcut süreç ve başvuru sebebi kısa ve açık şekilde yazılmalıdır].</w:t>
      </w:r>
    </w:p>
    <w:p/>
    <w:p>
      <w:pPr>
        <w:jc w:val="left"/>
      </w:pPr>
      <w:r>
        <w:rPr>
          <w:sz w:val="22"/>
        </w:rPr>
        <w:t>Açıklamalar: [talebin gerekçesi, varsa usule ve esasa ilişkin hususlar, mağduriyetin niteliği ve ekli deliller burada belirtilmelidir].</w:t>
      </w:r>
    </w:p>
    <w:p/>
    <w:p>
      <w:pPr>
        <w:jc w:val="left"/>
      </w:pPr>
      <w:r>
        <w:rPr>
          <w:sz w:val="22"/>
        </w:rPr>
        <w:t>Bu nedenle; [talebin kabulüne / gerekli işlemin yapılmasına / dilekçede belirtilen hususların değerlendirilmesine]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Şüpheli / Sanık / Katılan / Vekil / Müdafi]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Dosya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/ Müdafii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Dilekçeye dayanak belge örnekleri</w:t>
      </w:r>
    </w:p>
    <w:p>
      <w:pPr>
        <w:jc w:val="left"/>
      </w:pPr>
      <w:r>
        <w:rPr>
          <w:sz w:val="22"/>
        </w:rPr>
        <w:t>2) (Varsa) Delil ve evraklar</w:t>
      </w:r>
    </w:p>
    <w:p>
      <w:pPr>
        <w:jc w:val="left"/>
      </w:pPr>
      <w:r>
        <w:rPr>
          <w:sz w:val="22"/>
        </w:rPr>
        <w:t>3) (Varsa) Vekâletname / görevlendirme belgesi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