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[SÜRÜCÜ KURSU ADI] MÜDÜRLÜĞÜNE</w:t>
      </w:r>
    </w:p>
    <w:p/>
    <w:p>
      <w:pPr>
        <w:jc w:val="center"/>
      </w:pPr>
      <w:r>
        <w:rPr>
          <w:sz w:val="22"/>
        </w:rPr>
        <w:t>Konu: [kayıt / nakil / ücret iadesi / sınav / belge talebi konusu]</w:t>
      </w:r>
    </w:p>
    <w:p/>
    <w:p>
      <w:pPr>
        <w:jc w:val="left"/>
      </w:pPr>
      <w:r>
        <w:rPr>
          <w:sz w:val="22"/>
        </w:rPr>
        <w:t>Kursunuz nezdinde [ehliyet sınıfı / eğitim programı / kayıt işlemi] kapsamında başvuru/kayıt işlemlerim bulunmaktadır.</w:t>
      </w:r>
    </w:p>
    <w:p/>
    <w:p>
      <w:pPr>
        <w:jc w:val="left"/>
      </w:pPr>
      <w:r>
        <w:rPr>
          <w:sz w:val="22"/>
        </w:rPr>
        <w:t>[talebin ayrıntısı: kayıt işleminin yapılması / dosya nakli / ücret iadesi / sınav tarihinin bildirilmesi / belge teslimi vb.] hususunda gerekli işlemlerin yapılmasını talep ederim.</w:t>
      </w:r>
    </w:p>
    <w:p/>
    <w:p>
      <w:pPr>
        <w:jc w:val="left"/>
      </w:pPr>
      <w:r>
        <w:rPr>
          <w:sz w:val="22"/>
        </w:rPr>
        <w:t>Başvuruya ilişkin bilgi ve belgeler ekte sunulmuş olup, sonucundan tarafıma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Kursiyer]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Kursiyer No (varsa) : ______</w:t>
      </w:r>
    </w:p>
    <w:p>
      <w:pPr>
        <w:jc w:val="left"/>
      </w:pPr>
      <w:r>
        <w:rPr>
          <w:sz w:val="22"/>
        </w:rPr>
        <w:t>Başvurulan Ehliyet Sınıfı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(Varsa) Kayıt evrakı / dekont / sözleşme örneği</w:t>
      </w:r>
    </w:p>
    <w:p>
      <w:pPr>
        <w:jc w:val="left"/>
      </w:pPr>
      <w:r>
        <w:rPr>
          <w:sz w:val="22"/>
        </w:rPr>
        <w:t>3) (Varsa) Sağlık raporu / öğrenim belgesi /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