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[KURUM / İŞYERİ / İNSAN KAYNAKLARI MÜDÜRLÜĞÜNE]</w:t>
      </w:r>
    </w:p>
    <w:p/>
    <w:p>
      <w:pPr>
        <w:jc w:val="center"/>
      </w:pPr>
      <w:r>
        <w:rPr>
          <w:sz w:val="22"/>
        </w:rPr>
        <w:t>Konu: Süt izni talebi</w:t>
      </w:r>
    </w:p>
    <w:p/>
    <w:p>
      <w:pPr>
        <w:jc w:val="left"/>
      </w:pPr>
      <w:r>
        <w:rPr>
          <w:sz w:val="22"/>
        </w:rPr>
        <w:t>Kurumunuzda [görev/unvan] olarak çalışmaktayım. [Doğum tarihi] tarihinde doğum yapmış bulunmaktayım.</w:t>
      </w:r>
    </w:p>
    <w:p/>
    <w:p>
      <w:pPr>
        <w:jc w:val="left"/>
      </w:pPr>
      <w:r>
        <w:rPr>
          <w:sz w:val="22"/>
        </w:rPr>
        <w:t>4857 sayılı İş Kanunu ve ilgili mevzuat kapsamında, doğum sonrası yasal süt izni hakkımdan yararlanmak istemekteyim.</w:t>
      </w:r>
    </w:p>
    <w:p/>
    <w:p>
      <w:pPr>
        <w:jc w:val="left"/>
      </w:pPr>
      <w:r>
        <w:rPr>
          <w:sz w:val="22"/>
        </w:rPr>
        <w:t>Bu nedenle, süt iznimin [günlük kullanım saati / başlangıç ve bitiş saatleri] şeklinde uygulanması hususunda gerekli işlemlerin yapılmasını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[Çalışan / Personel]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Personel Sicil No : ______</w:t>
      </w:r>
    </w:p>
    <w:p>
      <w:pPr>
        <w:jc w:val="left"/>
      </w:pPr>
      <w:r>
        <w:rPr>
          <w:sz w:val="22"/>
        </w:rPr>
        <w:t>Görevi / Ünvanı : ______</w:t>
      </w:r>
    </w:p>
    <w:p>
      <w:pPr>
        <w:jc w:val="left"/>
      </w:pPr>
      <w:r>
        <w:rPr>
          <w:sz w:val="22"/>
        </w:rPr>
        <w:t>Birim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Doğum belgesi / doğum raporu (varsa)</w:t>
      </w:r>
    </w:p>
    <w:p>
      <w:pPr>
        <w:jc w:val="left"/>
      </w:pPr>
      <w:r>
        <w:rPr>
          <w:sz w:val="22"/>
        </w:rPr>
        <w:t>2) Kimlik fotokopisi</w:t>
      </w:r>
    </w:p>
    <w:p>
      <w:pPr>
        <w:jc w:val="left"/>
      </w:pPr>
      <w:r>
        <w:rPr>
          <w:sz w:val="22"/>
        </w:rPr>
        <w:t>3) (Varsa) Kurum içi başvuru formu veya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