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TAPU MÜDÜRLÜĞÜNE]</w:t>
      </w:r>
    </w:p>
    <w:p/>
    <w:p>
      <w:pPr>
        <w:jc w:val="center"/>
      </w:pPr>
      <w:r>
        <w:rPr>
          <w:sz w:val="22"/>
        </w:rPr>
        <w:t>Konu: Tapu takyidat belgesi verilmesi talebi</w:t>
      </w:r>
    </w:p>
    <w:p/>
    <w:p>
      <w:pPr>
        <w:jc w:val="left"/>
      </w:pPr>
      <w:r>
        <w:rPr>
          <w:sz w:val="22"/>
        </w:rPr>
        <w:t>Müdürlüğünüz nezdinde kayıtlı bulunan [İl/İlçe - Mahalle/Köy], [Ada/Parsel] bilgilerine sahip taşınmaza ilişkin takyidat durumunu gösterir belgenin tarafıma verilmesini talep etmekteyim.</w:t>
      </w:r>
    </w:p>
    <w:p/>
    <w:p>
      <w:pPr>
        <w:jc w:val="left"/>
      </w:pPr>
      <w:r>
        <w:rPr>
          <w:sz w:val="22"/>
        </w:rPr>
        <w:t>Söz konusu taşınmaz üzerinde mevcut ipotek, haciz, şerh, beyan, irtifak ve benzeri takyidat bilgilerinin yer aldığı resmi takyidat belgesine ihtiyaç duyulmaktadır.</w:t>
      </w:r>
    </w:p>
    <w:p/>
    <w:p>
      <w:pPr>
        <w:jc w:val="left"/>
      </w:pPr>
      <w:r>
        <w:rPr>
          <w:sz w:val="22"/>
        </w:rPr>
        <w:t>Bu nedenle, ilgili taşınmaza ait tapu takyidat belgesinin düzenlenerek tarafıma teslim edilmesini /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Malik / Yetkili]</w:t>
      </w:r>
    </w:p>
    <w:p>
      <w:pPr>
        <w:jc w:val="left"/>
      </w:pPr>
      <w:r>
        <w:rPr>
          <w:sz w:val="22"/>
        </w:rPr>
        <w:t>Adı Soyadı / Ünvan : ______</w:t>
      </w:r>
    </w:p>
    <w:p>
      <w:pPr>
        <w:jc w:val="left"/>
      </w:pPr>
      <w:r>
        <w:rPr>
          <w:sz w:val="22"/>
        </w:rPr>
        <w:t>T.C. Kimlik No / VKN : ______</w:t>
      </w:r>
    </w:p>
    <w:p>
      <w:pPr>
        <w:jc w:val="left"/>
      </w:pPr>
      <w:r>
        <w:rPr>
          <w:sz w:val="22"/>
        </w:rPr>
        <w:t>Taşınmaz Ada/Parsel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Tapu kayıt örneği / tapu senedi fotokopisi (varsa)</w:t>
      </w:r>
    </w:p>
    <w:p>
      <w:pPr>
        <w:jc w:val="left"/>
      </w:pPr>
      <w:r>
        <w:rPr>
          <w:sz w:val="22"/>
        </w:rPr>
        <w:t>3) (Varsa) Vekâletname sureti</w:t>
      </w:r>
    </w:p>
    <w:p>
      <w:pPr>
        <w:jc w:val="left"/>
      </w:pPr>
      <w:r>
        <w:rPr>
          <w:sz w:val="22"/>
        </w:rPr>
        <w:t>4) (Varsa) Başvuruya dayanak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