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İL / İLÇE TİCARET MÜDÜRLÜĞÜNE / YETKİLİ KURUMA]</w:t>
      </w:r>
    </w:p>
    <w:p/>
    <w:p>
      <w:pPr>
        <w:jc w:val="center"/>
      </w:pPr>
      <w:r>
        <w:rPr>
          <w:sz w:val="22"/>
        </w:rPr>
        <w:t>Konu: TAREKS işlemlerine ilişkin taahhütname</w:t>
      </w:r>
    </w:p>
    <w:p/>
    <w:p>
      <w:pPr>
        <w:jc w:val="left"/>
      </w:pPr>
      <w:r>
        <w:rPr>
          <w:sz w:val="22"/>
        </w:rPr>
        <w:t>TAREKS sistemi üzerinden yürütülen başvuru ve denetim işlemleri kapsamında, tarafımdan/şirketimiz tarafından sunulan bilgi ve belgelerin doğru, eksiksiz ve gerçeğe uygun olduğunu beyan ederim.</w:t>
      </w:r>
    </w:p>
    <w:p/>
    <w:p>
      <w:pPr>
        <w:jc w:val="left"/>
      </w:pPr>
      <w:r>
        <w:rPr>
          <w:sz w:val="22"/>
        </w:rPr>
        <w:t>Başvuru konusu ürünlere, ithalat/ihracat işlemlerine ve ilgili mevzuat hükümlerine ilişkin olarak istenen bilgi, belge ve kayıtların zamanında ibraz edileceğini; gerektiğinde ilave belge ve açıklamaların da sunulacağını taahhüt ederim.</w:t>
      </w:r>
    </w:p>
    <w:p/>
    <w:p>
      <w:pPr>
        <w:jc w:val="left"/>
      </w:pPr>
      <w:r>
        <w:rPr>
          <w:sz w:val="22"/>
        </w:rPr>
        <w:t>Gerçeğe aykırı beyanda bulunulması, eksik ya da yanıltıcı belge verilmesi veya mevzuata aykırılık hâllerinde doğabilecek idari, mali ve hukuki sorumlulukların tarafıma/şirketimize ait olduğunu kabul ederim.</w:t>
      </w:r>
    </w:p>
    <w:p/>
    <w:p>
      <w:pPr>
        <w:jc w:val="left"/>
      </w:pPr>
      <w:r>
        <w:rPr>
          <w:sz w:val="22"/>
        </w:rPr>
        <w:t>Bu çerçevede, TAREKS başvuru ve işlem süreçlerinde kullanılmak üzere işbu taahhütnamenin kabulünü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Firma Yetkilisi]</w:t>
      </w:r>
    </w:p>
    <w:p>
      <w:pPr>
        <w:jc w:val="left"/>
      </w:pPr>
      <w:r>
        <w:rPr>
          <w:sz w:val="22"/>
        </w:rPr>
        <w:t>Adı Soyadı / Ünvan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Firma Ünvanı : ______</w:t>
      </w:r>
    </w:p>
    <w:p>
      <w:pPr>
        <w:jc w:val="left"/>
      </w:pPr>
      <w:r>
        <w:rPr>
          <w:sz w:val="22"/>
        </w:rPr>
        <w:t>MERSİS No / 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Kaşe/İmza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Yetki belgesi / imza sirküleri</w:t>
      </w:r>
    </w:p>
    <w:p>
      <w:pPr>
        <w:jc w:val="left"/>
      </w:pPr>
      <w:r>
        <w:rPr>
          <w:sz w:val="22"/>
        </w:rPr>
        <w:t>2) (Varsa) Firma bilgilerini gösterir belge</w:t>
      </w:r>
    </w:p>
    <w:p>
      <w:pPr>
        <w:jc w:val="left"/>
      </w:pPr>
      <w:r>
        <w:rPr>
          <w:sz w:val="22"/>
        </w:rPr>
        <w:t>3) (Varsa) Başvuruya ilişkin diğer destekleyici evraklar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