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[İLGİLİ VERGİ DAİRESİ MÜDÜRLÜĞÜNE / DEFTERDARLIĞA]</w:t>
      </w:r>
    </w:p>
    <w:p/>
    <w:p>
      <w:pPr>
        <w:jc w:val="center"/>
      </w:pPr>
      <w:r>
        <w:rPr>
          <w:sz w:val="22"/>
        </w:rPr>
        <w:t>Konu: Tarımsal destek ödemesine ilişkin vergi iadesi talebi</w:t>
      </w:r>
    </w:p>
    <w:p/>
    <w:p>
      <w:pPr>
        <w:jc w:val="left"/>
      </w:pPr>
      <w:r>
        <w:rPr>
          <w:sz w:val="22"/>
        </w:rPr>
        <w:t>Tarafıma yapılan tarımsal destek ödemesi üzerinden vergi kesintisi yapıldığını öğrenmiş bulunmaktayım.</w:t>
      </w:r>
    </w:p>
    <w:p/>
    <w:p>
      <w:pPr>
        <w:jc w:val="left"/>
      </w:pPr>
      <w:r>
        <w:rPr>
          <w:sz w:val="22"/>
        </w:rPr>
        <w:t>[Destek türü] kapsamında, [..../..../20....] tarihinde yapılan [........ TL] tutarındaki ödeme üzerinden kesilen verginin, ilgili mevzuat kapsamında iade edilmesi gerektiğini değerlendirmekteyim.</w:t>
      </w:r>
    </w:p>
    <w:p/>
    <w:p>
      <w:pPr>
        <w:jc w:val="left"/>
      </w:pPr>
      <w:r>
        <w:rPr>
          <w:sz w:val="22"/>
        </w:rPr>
        <w:t>Bu nedenle; tarımsal destek ödemesine ilişkin yapılan vergi kesintisinin incelenerek tarafıma iadesine, gerekli görülen hâllerde hesaplamanın yeniden yapılmasına ve sonucundan tarafıma yazılı bilgi verilmesine karar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Üretici]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Vergi No (varsa) : ______</w:t>
      </w:r>
    </w:p>
    <w:p>
      <w:pPr>
        <w:jc w:val="left"/>
      </w:pPr>
      <w:r>
        <w:rPr>
          <w:sz w:val="22"/>
        </w:rPr>
        <w:t>ÇKS No / Üretici Kayıt No (varsa)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Banka / IBAN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Tarımsal destek ödeme belgesi / hesap dökümü</w:t>
      </w:r>
    </w:p>
    <w:p>
      <w:pPr>
        <w:jc w:val="left"/>
      </w:pPr>
      <w:r>
        <w:rPr>
          <w:sz w:val="22"/>
        </w:rPr>
        <w:t>2) Vergi kesintisini gösteren belge / dekont</w:t>
      </w:r>
    </w:p>
    <w:p>
      <w:pPr>
        <w:jc w:val="left"/>
      </w:pPr>
      <w:r>
        <w:rPr>
          <w:sz w:val="22"/>
        </w:rPr>
        <w:t>3) ÇKS belgesi veya üretici kayıt belgesi (varsa)</w:t>
      </w:r>
    </w:p>
    <w:p>
      <w:pPr>
        <w:jc w:val="left"/>
      </w:pPr>
      <w:r>
        <w:rPr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