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VERGİ DAİRESİ MÜDÜRLÜĞÜNE / DEFTERDARLIĞA / YETKİLİ KURUMA]</w:t>
      </w:r>
    </w:p>
    <w:p/>
    <w:p>
      <w:pPr>
        <w:jc w:val="center"/>
      </w:pPr>
      <w:r>
        <w:rPr>
          <w:sz w:val="22"/>
        </w:rPr>
        <w:t>Konu: Tarımsal destek ödemesine uygulanan vergi kesintisinin incelenmesi talebi</w:t>
      </w:r>
    </w:p>
    <w:p/>
    <w:p>
      <w:pPr>
        <w:jc w:val="left"/>
      </w:pPr>
      <w:r>
        <w:rPr>
          <w:sz w:val="22"/>
        </w:rPr>
        <w:t>Tarafıma yapılan tarımsal destek ödemesi üzerinden vergi kesintisi uygulanmış olup, söz konusu kesintinin dayanağı ve hesaplama şekli hakkında inceleme yapılmasını talep etmekteyim.</w:t>
      </w:r>
    </w:p>
    <w:p/>
    <w:p>
      <w:pPr>
        <w:jc w:val="left"/>
      </w:pPr>
      <w:r>
        <w:rPr>
          <w:sz w:val="22"/>
        </w:rPr>
        <w:t>[Destek türü] kapsamında, [..../..../20....] tarihinde yapılan [........ TL] tutarındaki ödeme üzerinden [........ TL] vergi kesintisi yapıldığı anlaşılmaktadır.</w:t>
      </w:r>
    </w:p>
    <w:p/>
    <w:p>
      <w:pPr>
        <w:jc w:val="left"/>
      </w:pPr>
      <w:r>
        <w:rPr>
          <w:sz w:val="22"/>
        </w:rPr>
        <w:t>Uygulanan vergi kesintisinin ilgili mevzuat kapsamında uygunluğunun değerlendirilmesini, hatalı veya fazla bir kesinti bulunması hâlinde gerekli düzeltmenin yapılmasını ve tarafıma yazılı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Üretici]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Vergi No (varsa) : ______</w:t>
      </w:r>
    </w:p>
    <w:p>
      <w:pPr>
        <w:jc w:val="left"/>
      </w:pPr>
      <w:r>
        <w:rPr>
          <w:sz w:val="22"/>
        </w:rPr>
        <w:t>ÇKS No / Üretici Kayıt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Banka / 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Tarımsal destek ödeme belgesi / hesap dökümü</w:t>
      </w:r>
    </w:p>
    <w:p>
      <w:pPr>
        <w:jc w:val="left"/>
      </w:pPr>
      <w:r>
        <w:rPr>
          <w:sz w:val="22"/>
        </w:rPr>
        <w:t>2) Vergi kesintisini gösteren belge / dekont</w:t>
      </w:r>
    </w:p>
    <w:p>
      <w:pPr>
        <w:jc w:val="left"/>
      </w:pPr>
      <w:r>
        <w:rPr>
          <w:sz w:val="22"/>
        </w:rPr>
        <w:t>3) ÇKS belgesi veya üretici kayıt belgesi (varsa)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