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[OKUL / KURUM / YURT / İLGİLİ MAKAM ADI]</w:t>
      </w:r>
    </w:p>
    <w:p/>
    <w:p>
      <w:pPr>
        <w:jc w:val="center"/>
      </w:pPr>
      <w:r>
        <w:rPr>
          <w:sz w:val="22"/>
        </w:rPr>
        <w:t>Konu: Tatilin geçirileceği yere ilişkin bilgilendirme</w:t>
      </w:r>
    </w:p>
    <w:p/>
    <w:p>
      <w:pPr>
        <w:jc w:val="left"/>
      </w:pPr>
      <w:r>
        <w:rPr>
          <w:sz w:val="22"/>
        </w:rPr>
        <w:t>[öğrenci/personel/yükümlü] olarak, [yarıyıl/yaz/bayram] tatili süresince nerede bulunacağıma ilişkin bilgi sunma gereği doğmuştur.</w:t>
      </w:r>
    </w:p>
    <w:p/>
    <w:p>
      <w:pPr>
        <w:jc w:val="left"/>
      </w:pPr>
      <w:r>
        <w:rPr>
          <w:sz w:val="22"/>
        </w:rPr>
        <w:t>Tatil süresince [il/ilçe/mahalle, açık adres] adresinde bulunacağım. Tarafımla gerektiğinde [telefon numarası] üzerinden iletişime geçilebilir.</w:t>
      </w:r>
    </w:p>
    <w:p/>
    <w:p>
      <w:pPr>
        <w:jc w:val="left"/>
      </w:pPr>
      <w:r>
        <w:rPr>
          <w:sz w:val="22"/>
        </w:rPr>
        <w:t>Bilgilerinize sunar, gerekli görülmesi hâlinde tarafıma bildirim yapılmasını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Öğrenci No / Sicil No (varsa) : ______</w:t>
      </w:r>
    </w:p>
    <w:p>
      <w:pPr>
        <w:jc w:val="left"/>
      </w:pPr>
      <w:r>
        <w:rPr>
          <w:sz w:val="22"/>
        </w:rPr>
        <w:t>Sınıf/Bölüm/Görev (varsa) : ______</w:t>
      </w:r>
    </w:p>
    <w:p>
      <w:pPr>
        <w:jc w:val="left"/>
      </w:pPr>
      <w:r>
        <w:rPr>
          <w:sz w:val="22"/>
        </w:rPr>
        <w:t>Tatilde Kalınacak 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(Varsa) Öğrenci/kurum kimlik fotokopisi</w:t>
      </w:r>
    </w:p>
    <w:p>
      <w:pPr>
        <w:jc w:val="left"/>
      </w:pPr>
      <w:r>
        <w:rPr>
          <w:sz w:val="22"/>
        </w:rPr>
        <w:t>2) (Varsa) Adres bilgisine ilişkin belge</w:t>
      </w:r>
    </w:p>
    <w:p>
      <w:pPr>
        <w:jc w:val="left"/>
      </w:pPr>
      <w:r>
        <w:rPr>
          <w:sz w:val="22"/>
        </w:rPr>
        <w:t>3) (Varsa)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