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 ADI]</w:t>
      </w:r>
    </w:p>
    <w:p>
      <w:pPr>
        <w:jc w:val="left"/>
      </w:pPr>
    </w:p>
    <w:p>
      <w:pPr>
        <w:jc w:val="center"/>
      </w:pPr>
      <w:r>
        <w:rPr>
          <w:sz w:val="22"/>
        </w:rPr>
        <w:t>Konu: Tayin (yer değişikliği) talebi</w:t>
      </w:r>
    </w:p>
    <w:p>
      <w:pPr>
        <w:jc w:val="left"/>
      </w:pPr>
    </w:p>
    <w:p>
      <w:pPr>
        <w:jc w:val="left"/>
      </w:pPr>
      <w:r>
        <w:rPr>
          <w:sz w:val="22"/>
        </w:rPr>
        <w:t>Kurumunuzda [görev yapılan birim] biriminde, [unvan] olarak [..../..../20....] tarihinden bu yana görev yapmaktayım.</w:t>
      </w:r>
    </w:p>
    <w:p>
      <w:pPr>
        <w:jc w:val="left"/>
      </w:pPr>
    </w:p>
    <w:p>
      <w:pPr>
        <w:jc w:val="left"/>
      </w:pPr>
      <w:r>
        <w:rPr>
          <w:sz w:val="22"/>
        </w:rPr>
        <w:t>[aile birliği, sağlık, eş durumu, can güvenliği, eğitim, ikamet veya diğer mazeret] nedeniyle görev yerimin [talep edilen il/ilçe/kurum/birim] olarak değiştirilmesini talep etmekteyim.</w:t>
      </w:r>
    </w:p>
    <w:p>
      <w:pPr>
        <w:jc w:val="left"/>
      </w:pPr>
    </w:p>
    <w:p>
      <w:pPr>
        <w:jc w:val="left"/>
      </w:pPr>
      <w:r>
        <w:rPr>
          <w:sz w:val="22"/>
        </w:rPr>
        <w:t>Tayin talebimin dayanağını oluşturan bilgi ve belgeler ekte sunulmuştur. Kadro durumu, hizmet ihtiyacı ve ilgili mevzuat hükümleri çerçevesinde başvurumun değerlendirilerek uygun görülmesi hâlinde atama/yer değişikliği işlemlerimin yapılmasını arz ederim.</w:t>
      </w:r>
    </w:p>
    <w:p>
      <w:pPr>
        <w:jc w:val="left"/>
      </w:pPr>
    </w:p>
    <w:p>
      <w:pPr>
        <w:jc w:val="left"/>
      </w:pPr>
      <w:r>
        <w:rPr>
          <w:sz w:val="22"/>
        </w:rPr>
        <w:t>Gereğini arz ederim.</w:t>
      </w:r>
    </w:p>
    <w:p>
      <w:pPr>
        <w:jc w:val="left"/>
      </w:pPr>
    </w:p>
    <w:p>
      <w:pPr>
        <w:jc w:val="left"/>
      </w:pPr>
      <w:r>
        <w:rPr>
          <w:sz w:val="22"/>
        </w:rPr>
        <w:t>..............., .... / .... / 20....</w:t>
      </w:r>
    </w:p>
    <w:p>
      <w:pPr>
        <w:jc w:val="left"/>
      </w:pPr>
    </w:p>
    <w:p>
      <w:pPr>
        <w:jc w:val="left"/>
      </w:pPr>
      <w:r>
        <w:rPr>
          <w:sz w:val="22"/>
        </w:rPr>
        <w:t>[Başvuran/Personel]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Sicil/Personel No : ______</w:t>
      </w:r>
    </w:p>
    <w:p>
      <w:pPr>
        <w:jc w:val="left"/>
      </w:pPr>
      <w:r>
        <w:rPr>
          <w:sz w:val="22"/>
        </w:rPr>
        <w:t>Unvanı : ______</w:t>
      </w:r>
    </w:p>
    <w:p>
      <w:pPr>
        <w:jc w:val="left"/>
      </w:pPr>
      <w:r>
        <w:rPr>
          <w:sz w:val="22"/>
        </w:rPr>
        <w:t>Görev Yeri/Birimi : ______</w:t>
      </w:r>
    </w:p>
    <w:p>
      <w:pPr>
        <w:jc w:val="left"/>
      </w:pPr>
      <w:r>
        <w:rPr>
          <w:sz w:val="22"/>
        </w:rPr>
        <w:t>Talep Edilen Yer/Birim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Mazereti gösteren belge (sağlık raporu, eş görev belgesi, öğrenci belgesi vb.)</w:t>
      </w:r>
    </w:p>
    <w:p>
      <w:pPr>
        <w:jc w:val="left"/>
      </w:pPr>
      <w:r>
        <w:rPr>
          <w:sz w:val="22"/>
        </w:rPr>
        <w:t>2) Hizmet belgesi / görev yeri yazısı</w:t>
      </w:r>
    </w:p>
    <w:p>
      <w:pPr>
        <w:jc w:val="left"/>
      </w:pPr>
      <w:r>
        <w:rPr>
          <w:sz w:val="22"/>
        </w:rPr>
        <w:t>3) İkametgâh belgesi (varsa)</w:t>
      </w:r>
    </w:p>
    <w:p>
      <w:pPr>
        <w:jc w:val="left"/>
      </w:pPr>
      <w:r>
        <w:rPr>
          <w:sz w:val="22"/>
        </w:rPr>
        <w:t>4) Diğer destekleyici belgeler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