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ADI]</w:t>
      </w:r>
    </w:p>
    <w:p>
      <w:pPr>
        <w:jc w:val="left"/>
      </w:pPr>
    </w:p>
    <w:p>
      <w:pPr>
        <w:jc w:val="center"/>
      </w:pPr>
      <w:r>
        <w:rPr>
          <w:sz w:val="22"/>
        </w:rPr>
        <w:t>Konu: Tayin nedeniyle yolluk (harcırah) ödenmesi talebi</w:t>
      </w:r>
    </w:p>
    <w:p>
      <w:pPr>
        <w:jc w:val="left"/>
      </w:pPr>
    </w:p>
    <w:p>
      <w:pPr>
        <w:jc w:val="left"/>
      </w:pPr>
      <w:r>
        <w:rPr>
          <w:sz w:val="22"/>
        </w:rPr>
        <w:t>[eski görev yeri] biriminde [unvan] olarak görev yapmakta iken, [atama/tayin onay tarihi ve sayısı] sayılı işlemle [yeni görev yeri] birimine atandım.</w:t>
      </w:r>
    </w:p>
    <w:p>
      <w:pPr>
        <w:jc w:val="left"/>
      </w:pPr>
    </w:p>
    <w:p>
      <w:pPr>
        <w:jc w:val="left"/>
      </w:pPr>
      <w:r>
        <w:rPr>
          <w:sz w:val="22"/>
        </w:rPr>
        <w:t>Atama işlemi kapsamında [..../..../20....] tarihinde eski görev yerimden ayrılarak [..../..../20....] tarihinde yeni görev yerimde göreve başladım.</w:t>
      </w:r>
    </w:p>
    <w:p>
      <w:pPr>
        <w:jc w:val="left"/>
      </w:pPr>
    </w:p>
    <w:p>
      <w:pPr>
        <w:jc w:val="left"/>
      </w:pPr>
      <w:r>
        <w:rPr>
          <w:sz w:val="22"/>
        </w:rPr>
        <w:t>Tayin nedeniyle tarafıma ödenmesi gereken sürekli görev yolluğunun (harcırahın), varsa bakmakla yükümlü olduğum aile fertlerine ilişkin haklar da dikkate alınarak hesaplanmasını ve aşağıda belirttiğim banka hesabına yatırılmasını talep ederim.</w:t>
      </w:r>
    </w:p>
    <w:p>
      <w:pPr>
        <w:jc w:val="left"/>
      </w:pPr>
    </w:p>
    <w:p>
      <w:pPr>
        <w:jc w:val="left"/>
      </w:pPr>
      <w:r>
        <w:rPr>
          <w:sz w:val="22"/>
        </w:rPr>
        <w:t>Başvuruma ilişkin atama onayı, ilişik kesme ve göreve başlama belgeleri ile diğer destekleyici evraklar ekte sunulmuştur.</w:t>
      </w:r>
    </w:p>
    <w:p>
      <w:pPr>
        <w:jc w:val="left"/>
      </w:pPr>
    </w:p>
    <w:p>
      <w:pPr>
        <w:jc w:val="left"/>
      </w:pPr>
      <w:r>
        <w:rPr>
          <w:sz w:val="22"/>
        </w:rPr>
        <w:t>Gereğini arz ederim.</w:t>
      </w:r>
    </w:p>
    <w:p>
      <w:pPr>
        <w:jc w:val="left"/>
      </w:pPr>
    </w:p>
    <w:p>
      <w:pPr>
        <w:jc w:val="left"/>
      </w:pPr>
      <w:r>
        <w:rPr>
          <w:sz w:val="22"/>
        </w:rPr>
        <w:t>..............., .... / .... / 20....</w:t>
      </w:r>
    </w:p>
    <w:p>
      <w:pPr>
        <w:jc w:val="left"/>
      </w:pPr>
    </w:p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Eski Görev Yeri : ______</w:t>
      </w:r>
    </w:p>
    <w:p>
      <w:pPr>
        <w:jc w:val="left"/>
      </w:pPr>
      <w:r>
        <w:rPr>
          <w:sz w:val="22"/>
        </w:rPr>
        <w:t>Yeni Görev Yeri : ______</w:t>
      </w:r>
    </w:p>
    <w:p>
      <w:pPr>
        <w:jc w:val="left"/>
      </w:pPr>
      <w:r>
        <w:rPr>
          <w:sz w:val="22"/>
        </w:rPr>
        <w:t>Banka / IBAN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Atama/tayin onayı veya görevlendirme yazısı</w:t>
      </w:r>
    </w:p>
    <w:p>
      <w:pPr>
        <w:jc w:val="left"/>
      </w:pPr>
      <w:r>
        <w:rPr>
          <w:sz w:val="22"/>
        </w:rPr>
        <w:t>2) Eski görev yerinden ilişik kesme belgesi</w:t>
      </w:r>
    </w:p>
    <w:p>
      <w:pPr>
        <w:jc w:val="left"/>
      </w:pPr>
      <w:r>
        <w:rPr>
          <w:sz w:val="22"/>
        </w:rPr>
        <w:t>3) Yeni görev yerinde göreve başlama yazısı</w:t>
      </w:r>
    </w:p>
    <w:p>
      <w:pPr>
        <w:jc w:val="left"/>
      </w:pPr>
      <w:r>
        <w:rPr>
          <w:sz w:val="22"/>
        </w:rPr>
        <w:t>4) (Varsa) Aile durum bildirimi ve aile fertlerine ilişkin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